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61FCB" w14:textId="77777777" w:rsidR="00315E1B" w:rsidRPr="008C024B" w:rsidRDefault="00750D5F">
      <w:pPr>
        <w:pStyle w:val="Heading1"/>
        <w:jc w:val="center"/>
        <w:rPr>
          <w:color w:val="000000" w:themeColor="text1"/>
          <w:sz w:val="36"/>
          <w:szCs w:val="36"/>
          <w:u w:val="single"/>
          <w:lang w:eastAsia="ja-JP"/>
        </w:rPr>
      </w:pPr>
      <w:r w:rsidRPr="008C024B">
        <w:rPr>
          <w:color w:val="000000" w:themeColor="text1"/>
          <w:sz w:val="36"/>
          <w:szCs w:val="36"/>
          <w:u w:val="single"/>
          <w:lang w:eastAsia="ja-JP"/>
        </w:rPr>
        <w:t>鈴木農園</w:t>
      </w:r>
      <w:r w:rsidRPr="008C024B">
        <w:rPr>
          <w:color w:val="000000" w:themeColor="text1"/>
          <w:sz w:val="36"/>
          <w:szCs w:val="36"/>
          <w:u w:val="single"/>
          <w:lang w:eastAsia="ja-JP"/>
        </w:rPr>
        <w:t xml:space="preserve"> </w:t>
      </w:r>
      <w:r w:rsidRPr="008C024B">
        <w:rPr>
          <w:color w:val="000000" w:themeColor="text1"/>
          <w:sz w:val="36"/>
          <w:szCs w:val="36"/>
          <w:u w:val="single"/>
          <w:lang w:eastAsia="ja-JP"/>
        </w:rPr>
        <w:t>みかん注文書</w:t>
      </w:r>
    </w:p>
    <w:p w14:paraId="356E7208" w14:textId="77777777" w:rsidR="00315E1B" w:rsidRPr="008C024B" w:rsidRDefault="00750D5F">
      <w:pPr>
        <w:pStyle w:val="Heading2"/>
        <w:rPr>
          <w:color w:val="000000" w:themeColor="text1"/>
          <w:lang w:eastAsia="ja-JP"/>
        </w:rPr>
      </w:pPr>
      <w:r w:rsidRPr="008C024B">
        <w:rPr>
          <w:color w:val="000000" w:themeColor="text1"/>
          <w:lang w:eastAsia="ja-JP"/>
        </w:rPr>
        <w:t xml:space="preserve">■ </w:t>
      </w:r>
      <w:r w:rsidRPr="008C024B">
        <w:rPr>
          <w:color w:val="000000" w:themeColor="text1"/>
          <w:lang w:eastAsia="ja-JP"/>
        </w:rPr>
        <w:t>ご注文主情報</w:t>
      </w:r>
    </w:p>
    <w:tbl>
      <w:tblPr>
        <w:tblStyle w:val="TableGrid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654"/>
      </w:tblGrid>
      <w:tr w:rsidR="008C024B" w14:paraId="4EE990D4" w14:textId="77777777" w:rsidTr="00F95E7F">
        <w:trPr>
          <w:trHeight w:val="367"/>
        </w:trPr>
        <w:tc>
          <w:tcPr>
            <w:tcW w:w="2660" w:type="dxa"/>
          </w:tcPr>
          <w:p w14:paraId="3693864D" w14:textId="44C6BC74" w:rsidR="008C024B" w:rsidRDefault="008C024B">
            <w:r>
              <w:rPr>
                <w:rFonts w:hint="eastAsia"/>
                <w:lang w:eastAsia="ja-JP"/>
              </w:rPr>
              <w:t>郵便番号（必須）</w:t>
            </w:r>
          </w:p>
        </w:tc>
        <w:tc>
          <w:tcPr>
            <w:tcW w:w="7654" w:type="dxa"/>
          </w:tcPr>
          <w:p w14:paraId="54940DFD" w14:textId="77777777" w:rsidR="008C024B" w:rsidRDefault="008C024B"/>
        </w:tc>
      </w:tr>
      <w:tr w:rsidR="00315E1B" w14:paraId="76F2C97E" w14:textId="77777777" w:rsidTr="00F95E7F">
        <w:trPr>
          <w:trHeight w:val="792"/>
        </w:trPr>
        <w:tc>
          <w:tcPr>
            <w:tcW w:w="2660" w:type="dxa"/>
          </w:tcPr>
          <w:p w14:paraId="69197B17" w14:textId="7BE4BEAA" w:rsidR="00315E1B" w:rsidRDefault="008C024B">
            <w:r>
              <w:rPr>
                <w:rFonts w:hint="eastAsia"/>
                <w:lang w:eastAsia="ja-JP"/>
              </w:rPr>
              <w:t>ご</w:t>
            </w:r>
            <w:proofErr w:type="spellStart"/>
            <w:r w:rsidR="00750D5F">
              <w:t>住所（必須</w:t>
            </w:r>
            <w:proofErr w:type="spellEnd"/>
            <w:r w:rsidR="00750D5F">
              <w:t>）</w:t>
            </w:r>
          </w:p>
        </w:tc>
        <w:tc>
          <w:tcPr>
            <w:tcW w:w="7654" w:type="dxa"/>
          </w:tcPr>
          <w:p w14:paraId="11940790" w14:textId="77777777" w:rsidR="00315E1B" w:rsidRDefault="00315E1B"/>
        </w:tc>
      </w:tr>
      <w:tr w:rsidR="00315E1B" w14:paraId="79261024" w14:textId="77777777" w:rsidTr="00F95E7F">
        <w:trPr>
          <w:trHeight w:val="419"/>
        </w:trPr>
        <w:tc>
          <w:tcPr>
            <w:tcW w:w="2660" w:type="dxa"/>
          </w:tcPr>
          <w:p w14:paraId="5B28F117" w14:textId="676F6B4C" w:rsidR="00315E1B" w:rsidRDefault="008C024B">
            <w:r>
              <w:rPr>
                <w:rFonts w:hint="eastAsia"/>
                <w:lang w:eastAsia="ja-JP"/>
              </w:rPr>
              <w:t>お</w:t>
            </w:r>
            <w:proofErr w:type="spellStart"/>
            <w:r w:rsidR="00750D5F">
              <w:t>電話番号（必須</w:t>
            </w:r>
            <w:proofErr w:type="spellEnd"/>
            <w:r w:rsidR="00750D5F">
              <w:t>）</w:t>
            </w:r>
          </w:p>
        </w:tc>
        <w:tc>
          <w:tcPr>
            <w:tcW w:w="7654" w:type="dxa"/>
          </w:tcPr>
          <w:p w14:paraId="4CB5E52F" w14:textId="77777777" w:rsidR="00315E1B" w:rsidRDefault="00315E1B"/>
        </w:tc>
      </w:tr>
      <w:tr w:rsidR="00315E1B" w14:paraId="7EF7396D" w14:textId="77777777" w:rsidTr="00F95E7F">
        <w:trPr>
          <w:trHeight w:val="603"/>
        </w:trPr>
        <w:tc>
          <w:tcPr>
            <w:tcW w:w="2660" w:type="dxa"/>
          </w:tcPr>
          <w:p w14:paraId="44462DA3" w14:textId="77777777" w:rsidR="00315E1B" w:rsidRDefault="00750D5F">
            <w:proofErr w:type="spellStart"/>
            <w:r>
              <w:t>お名前（必須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5351AA18" w14:textId="77777777" w:rsidR="00315E1B" w:rsidRDefault="00315E1B"/>
        </w:tc>
      </w:tr>
      <w:tr w:rsidR="00315E1B" w14:paraId="4E513785" w14:textId="77777777" w:rsidTr="00F95E7F">
        <w:tc>
          <w:tcPr>
            <w:tcW w:w="2660" w:type="dxa"/>
          </w:tcPr>
          <w:p w14:paraId="6D62FB36" w14:textId="77777777" w:rsidR="00315E1B" w:rsidRDefault="00750D5F">
            <w:pPr>
              <w:rPr>
                <w:lang w:eastAsia="ja-JP"/>
              </w:rPr>
            </w:pPr>
            <w:r>
              <w:rPr>
                <w:lang w:eastAsia="ja-JP"/>
              </w:rPr>
              <w:t>FAX</w:t>
            </w:r>
            <w:r>
              <w:rPr>
                <w:lang w:eastAsia="ja-JP"/>
              </w:rPr>
              <w:t>番号／メールアドレス（どちらか必須）</w:t>
            </w:r>
          </w:p>
        </w:tc>
        <w:tc>
          <w:tcPr>
            <w:tcW w:w="7654" w:type="dxa"/>
          </w:tcPr>
          <w:p w14:paraId="094C471F" w14:textId="77777777" w:rsidR="00315E1B" w:rsidRDefault="00315E1B">
            <w:pPr>
              <w:rPr>
                <w:lang w:eastAsia="ja-JP"/>
              </w:rPr>
            </w:pPr>
          </w:p>
        </w:tc>
      </w:tr>
      <w:tr w:rsidR="00315E1B" w14:paraId="79284BD2" w14:textId="77777777" w:rsidTr="00F95E7F">
        <w:trPr>
          <w:trHeight w:val="836"/>
        </w:trPr>
        <w:tc>
          <w:tcPr>
            <w:tcW w:w="2660" w:type="dxa"/>
          </w:tcPr>
          <w:p w14:paraId="1CCBB931" w14:textId="77777777" w:rsidR="00315E1B" w:rsidRDefault="00750D5F">
            <w:pPr>
              <w:rPr>
                <w:lang w:eastAsia="ja-JP"/>
              </w:rPr>
            </w:pPr>
            <w:r>
              <w:rPr>
                <w:lang w:eastAsia="ja-JP"/>
              </w:rPr>
              <w:t>お支払い方法（いずれかに</w:t>
            </w:r>
            <w:r>
              <w:rPr>
                <w:lang w:eastAsia="ja-JP"/>
              </w:rPr>
              <w:t>○</w:t>
            </w:r>
            <w:r>
              <w:rPr>
                <w:lang w:eastAsia="ja-JP"/>
              </w:rPr>
              <w:t>）</w:t>
            </w:r>
          </w:p>
        </w:tc>
        <w:tc>
          <w:tcPr>
            <w:tcW w:w="7654" w:type="dxa"/>
          </w:tcPr>
          <w:p w14:paraId="3E5D9EAC" w14:textId="77777777" w:rsidR="008C024B" w:rsidRDefault="00750D5F">
            <w:pPr>
              <w:rPr>
                <w:lang w:eastAsia="ja-JP"/>
              </w:rPr>
            </w:pPr>
            <w:r>
              <w:rPr>
                <w:lang w:eastAsia="ja-JP"/>
              </w:rPr>
              <w:t>①</w:t>
            </w:r>
            <w:r>
              <w:rPr>
                <w:lang w:eastAsia="ja-JP"/>
              </w:rPr>
              <w:t xml:space="preserve">郵便・コンビニ現金払い　</w:t>
            </w:r>
            <w:r>
              <w:rPr>
                <w:lang w:eastAsia="ja-JP"/>
              </w:rPr>
              <w:t>②</w:t>
            </w:r>
            <w:r>
              <w:rPr>
                <w:lang w:eastAsia="ja-JP"/>
              </w:rPr>
              <w:t xml:space="preserve">銀行振込（手数料お客様負担）　</w:t>
            </w:r>
          </w:p>
          <w:p w14:paraId="4E8C5867" w14:textId="6722D54B" w:rsidR="00315E1B" w:rsidRDefault="00750D5F">
            <w:pPr>
              <w:rPr>
                <w:lang w:eastAsia="ja-JP"/>
              </w:rPr>
            </w:pPr>
            <w:r>
              <w:rPr>
                <w:lang w:eastAsia="ja-JP"/>
              </w:rPr>
              <w:t>③</w:t>
            </w:r>
            <w:r>
              <w:rPr>
                <w:lang w:eastAsia="ja-JP"/>
              </w:rPr>
              <w:t xml:space="preserve">インターネット送金（手数料お客様負担）　</w:t>
            </w:r>
            <w:r>
              <w:rPr>
                <w:lang w:eastAsia="ja-JP"/>
              </w:rPr>
              <w:t>④</w:t>
            </w:r>
            <w:r>
              <w:rPr>
                <w:lang w:eastAsia="ja-JP"/>
              </w:rPr>
              <w:t>代引き（手数料</w:t>
            </w:r>
            <w:r>
              <w:rPr>
                <w:lang w:eastAsia="ja-JP"/>
              </w:rPr>
              <w:t>330</w:t>
            </w:r>
            <w:r>
              <w:rPr>
                <w:lang w:eastAsia="ja-JP"/>
              </w:rPr>
              <w:t>円）</w:t>
            </w:r>
          </w:p>
        </w:tc>
      </w:tr>
      <w:tr w:rsidR="00315E1B" w14:paraId="59631E59" w14:textId="77777777" w:rsidTr="00F95E7F">
        <w:trPr>
          <w:trHeight w:val="834"/>
        </w:trPr>
        <w:tc>
          <w:tcPr>
            <w:tcW w:w="2660" w:type="dxa"/>
          </w:tcPr>
          <w:p w14:paraId="19F1A06B" w14:textId="2EBE7C28" w:rsidR="00315E1B" w:rsidRDefault="008C024B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備考</w:t>
            </w:r>
          </w:p>
        </w:tc>
        <w:tc>
          <w:tcPr>
            <w:tcW w:w="7654" w:type="dxa"/>
          </w:tcPr>
          <w:p w14:paraId="65A3D65A" w14:textId="77777777" w:rsidR="00315E1B" w:rsidRDefault="00315E1B">
            <w:pPr>
              <w:rPr>
                <w:lang w:eastAsia="ja-JP"/>
              </w:rPr>
            </w:pPr>
          </w:p>
        </w:tc>
      </w:tr>
    </w:tbl>
    <w:p w14:paraId="74A031FA" w14:textId="77777777" w:rsidR="008C024B" w:rsidRDefault="008C024B">
      <w:pPr>
        <w:rPr>
          <w:lang w:eastAsia="ja-JP"/>
        </w:rPr>
      </w:pPr>
    </w:p>
    <w:p w14:paraId="21065EBB" w14:textId="05512889" w:rsidR="00361DFB" w:rsidRPr="008C024B" w:rsidRDefault="00361DFB" w:rsidP="00361DFB">
      <w:pPr>
        <w:pStyle w:val="Heading2"/>
        <w:rPr>
          <w:color w:val="000000" w:themeColor="text1"/>
          <w:lang w:eastAsia="ja-JP"/>
        </w:rPr>
      </w:pPr>
      <w:r w:rsidRPr="008C024B">
        <w:rPr>
          <w:rFonts w:ascii="Courier New" w:hAnsi="Courier New" w:cs="Courier New"/>
          <w:color w:val="000000" w:themeColor="text1"/>
          <w:lang w:eastAsia="ja-JP"/>
        </w:rPr>
        <w:t>■</w:t>
      </w:r>
      <w:r w:rsidRPr="008C024B">
        <w:rPr>
          <w:color w:val="000000" w:themeColor="text1"/>
          <w:lang w:eastAsia="ja-JP"/>
        </w:rPr>
        <w:t xml:space="preserve"> </w:t>
      </w:r>
      <w:r>
        <w:rPr>
          <w:rFonts w:hint="eastAsia"/>
          <w:color w:val="000000" w:themeColor="text1"/>
          <w:lang w:eastAsia="ja-JP"/>
        </w:rPr>
        <w:t>お届け先＝ご注文主様</w:t>
      </w:r>
    </w:p>
    <w:tbl>
      <w:tblPr>
        <w:tblStyle w:val="TableGrid"/>
        <w:tblpPr w:leftFromText="142" w:rightFromText="142" w:vertAnchor="text" w:horzAnchor="margin" w:tblpY="4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654"/>
      </w:tblGrid>
      <w:tr w:rsidR="00361DFB" w14:paraId="4EAB942E" w14:textId="77777777" w:rsidTr="00F95E7F">
        <w:trPr>
          <w:trHeight w:val="698"/>
        </w:trPr>
        <w:tc>
          <w:tcPr>
            <w:tcW w:w="2660" w:type="dxa"/>
          </w:tcPr>
          <w:p w14:paraId="2749E0B1" w14:textId="77777777" w:rsidR="00361DFB" w:rsidRDefault="00361DFB" w:rsidP="00CA5BA7">
            <w:r>
              <w:rPr>
                <w:rFonts w:hint="eastAsia"/>
                <w:lang w:eastAsia="ja-JP"/>
              </w:rPr>
              <w:t>ご</w:t>
            </w:r>
            <w:proofErr w:type="spellStart"/>
            <w:r>
              <w:t>希望の商品</w:t>
            </w:r>
            <w:proofErr w:type="spellEnd"/>
          </w:p>
        </w:tc>
        <w:tc>
          <w:tcPr>
            <w:tcW w:w="7654" w:type="dxa"/>
          </w:tcPr>
          <w:p w14:paraId="583D9C8C" w14:textId="77777777" w:rsidR="00361DFB" w:rsidRDefault="00361DFB" w:rsidP="00CA5BA7"/>
        </w:tc>
      </w:tr>
      <w:tr w:rsidR="00361DFB" w14:paraId="2D1D0BD1" w14:textId="77777777" w:rsidTr="00F95E7F">
        <w:trPr>
          <w:trHeight w:val="562"/>
        </w:trPr>
        <w:tc>
          <w:tcPr>
            <w:tcW w:w="2660" w:type="dxa"/>
          </w:tcPr>
          <w:p w14:paraId="27608314" w14:textId="77777777" w:rsidR="00361DFB" w:rsidRDefault="00361DFB" w:rsidP="00CA5BA7">
            <w:proofErr w:type="spellStart"/>
            <w:r>
              <w:t>お届け希望時期</w:t>
            </w:r>
            <w:proofErr w:type="spellEnd"/>
          </w:p>
        </w:tc>
        <w:tc>
          <w:tcPr>
            <w:tcW w:w="7654" w:type="dxa"/>
          </w:tcPr>
          <w:p w14:paraId="3C914BFD" w14:textId="77777777" w:rsidR="00361DFB" w:rsidRDefault="00361DFB" w:rsidP="00CA5BA7"/>
        </w:tc>
      </w:tr>
      <w:tr w:rsidR="00361DFB" w14:paraId="7B249918" w14:textId="77777777" w:rsidTr="00F95E7F">
        <w:tc>
          <w:tcPr>
            <w:tcW w:w="2660" w:type="dxa"/>
          </w:tcPr>
          <w:p w14:paraId="4E5B21C6" w14:textId="77777777" w:rsidR="00361DFB" w:rsidRDefault="00361DFB" w:rsidP="00CA5BA7">
            <w:pPr>
              <w:rPr>
                <w:lang w:eastAsia="ja-JP"/>
              </w:rPr>
            </w:pPr>
            <w:r>
              <w:rPr>
                <w:lang w:eastAsia="ja-JP"/>
              </w:rPr>
              <w:t>配達希望時間（いずれかに</w:t>
            </w:r>
            <w:r>
              <w:rPr>
                <w:lang w:eastAsia="ja-JP"/>
              </w:rPr>
              <w:t>○</w:t>
            </w:r>
            <w:r>
              <w:rPr>
                <w:lang w:eastAsia="ja-JP"/>
              </w:rPr>
              <w:t>）</w:t>
            </w:r>
          </w:p>
        </w:tc>
        <w:tc>
          <w:tcPr>
            <w:tcW w:w="7654" w:type="dxa"/>
          </w:tcPr>
          <w:p w14:paraId="192B8266" w14:textId="77777777" w:rsidR="00361DFB" w:rsidRDefault="00361DFB" w:rsidP="00CA5BA7">
            <w:pPr>
              <w:rPr>
                <w:lang w:eastAsia="ja-JP"/>
              </w:rPr>
            </w:pPr>
            <w:proofErr w:type="spellStart"/>
            <w:r>
              <w:t>午前</w:t>
            </w:r>
            <w:proofErr w:type="spellEnd"/>
            <w:r>
              <w:rPr>
                <w:rFonts w:hint="eastAsia"/>
                <w:lang w:eastAsia="ja-JP"/>
              </w:rPr>
              <w:t xml:space="preserve">　　　</w:t>
            </w:r>
            <w:r>
              <w:t xml:space="preserve">　</w:t>
            </w:r>
            <w:r>
              <w:t>14–16</w:t>
            </w:r>
            <w:r>
              <w:t>時</w:t>
            </w:r>
            <w:r>
              <w:rPr>
                <w:rFonts w:hint="eastAsia"/>
                <w:lang w:eastAsia="ja-JP"/>
              </w:rPr>
              <w:t xml:space="preserve">　　　</w:t>
            </w:r>
            <w:r>
              <w:t xml:space="preserve">　</w:t>
            </w:r>
            <w:r>
              <w:t>16–18</w:t>
            </w:r>
            <w:r>
              <w:t>時</w:t>
            </w:r>
            <w:r>
              <w:rPr>
                <w:rFonts w:hint="eastAsia"/>
                <w:lang w:eastAsia="ja-JP"/>
              </w:rPr>
              <w:t xml:space="preserve">　　</w:t>
            </w:r>
            <w:r>
              <w:t xml:space="preserve">　</w:t>
            </w:r>
            <w:r>
              <w:t>18–20</w:t>
            </w:r>
            <w:r>
              <w:t>時</w:t>
            </w:r>
          </w:p>
          <w:p w14:paraId="353631E3" w14:textId="77777777" w:rsidR="00361DFB" w:rsidRDefault="00361DFB" w:rsidP="00CA5BA7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※配送はヤマト運輸</w:t>
            </w:r>
          </w:p>
        </w:tc>
      </w:tr>
    </w:tbl>
    <w:p w14:paraId="692DE711" w14:textId="77777777" w:rsidR="00361DFB" w:rsidRDefault="00361DFB">
      <w:pPr>
        <w:rPr>
          <w:lang w:eastAsia="ja-JP"/>
        </w:rPr>
      </w:pPr>
    </w:p>
    <w:p w14:paraId="5F9F175B" w14:textId="5780D274" w:rsidR="00361DFB" w:rsidRDefault="00361DFB" w:rsidP="008C024B">
      <w:pPr>
        <w:pStyle w:val="Heading2"/>
        <w:rPr>
          <w:rFonts w:ascii="Courier New" w:hAnsi="Courier New" w:cs="Courier New"/>
          <w:color w:val="000000" w:themeColor="text1"/>
          <w:lang w:eastAsia="ja-JP"/>
        </w:rPr>
      </w:pPr>
      <w:r>
        <w:rPr>
          <w:rFonts w:ascii="Courier New" w:hAnsi="Courier New" w:cs="Courier New" w:hint="eastAsia"/>
          <w:color w:val="000000" w:themeColor="text1"/>
          <w:lang w:eastAsia="ja-JP"/>
        </w:rPr>
        <w:t>贈答用</w:t>
      </w:r>
      <w:r w:rsidR="00B55F93">
        <w:rPr>
          <w:rFonts w:ascii="Courier New" w:hAnsi="Courier New" w:cs="Courier New" w:hint="eastAsia"/>
          <w:color w:val="000000" w:themeColor="text1"/>
          <w:lang w:eastAsia="ja-JP"/>
        </w:rPr>
        <w:t>のご希望は、</w:t>
      </w:r>
      <w:r w:rsidR="00B55F93">
        <w:rPr>
          <w:rFonts w:ascii="Courier New" w:hAnsi="Courier New" w:cs="Courier New" w:hint="eastAsia"/>
          <w:color w:val="000000" w:themeColor="text1"/>
          <w:lang w:eastAsia="ja-JP"/>
        </w:rPr>
        <w:t>2</w:t>
      </w:r>
      <w:r w:rsidR="00B55F93">
        <w:rPr>
          <w:rFonts w:ascii="Courier New" w:hAnsi="Courier New" w:cs="Courier New" w:hint="eastAsia"/>
          <w:color w:val="000000" w:themeColor="text1"/>
          <w:lang w:eastAsia="ja-JP"/>
        </w:rPr>
        <w:t>ページ以降「お届け先情報」にご記入ください。</w:t>
      </w:r>
    </w:p>
    <w:p w14:paraId="0D5F1BFA" w14:textId="77777777" w:rsidR="00B55F93" w:rsidRDefault="00B55F93" w:rsidP="00B55F93">
      <w:pPr>
        <w:rPr>
          <w:lang w:eastAsia="ja-JP"/>
        </w:rPr>
      </w:pPr>
    </w:p>
    <w:p w14:paraId="7E86AF04" w14:textId="26650AE1" w:rsidR="00B55F93" w:rsidRPr="00B55F93" w:rsidRDefault="00B55F93" w:rsidP="00B55F93">
      <w:pPr>
        <w:rPr>
          <w:sz w:val="32"/>
          <w:szCs w:val="32"/>
          <w:lang w:eastAsia="ja-JP"/>
        </w:rPr>
      </w:pPr>
      <w:r w:rsidRPr="00B55F93">
        <w:rPr>
          <w:rFonts w:hint="eastAsia"/>
          <w:sz w:val="32"/>
          <w:szCs w:val="32"/>
          <w:lang w:eastAsia="ja-JP"/>
        </w:rPr>
        <w:t>連絡先：</w:t>
      </w:r>
    </w:p>
    <w:p w14:paraId="0FF51654" w14:textId="77777777" w:rsidR="00B55F93" w:rsidRDefault="00B55F93" w:rsidP="00B55F93">
      <w:pPr>
        <w:rPr>
          <w:lang w:eastAsia="ja-JP"/>
        </w:rPr>
      </w:pPr>
      <w:r w:rsidRPr="00C30209">
        <w:rPr>
          <w:sz w:val="32"/>
          <w:szCs w:val="32"/>
        </w:rPr>
        <w:t>鈴木農園</w:t>
      </w:r>
      <w:r>
        <w:br/>
      </w:r>
      <w:r w:rsidRPr="00C30209">
        <w:rPr>
          <w:sz w:val="32"/>
          <w:szCs w:val="32"/>
        </w:rPr>
        <w:t>〒</w:t>
      </w:r>
      <w:r w:rsidRPr="00C30209">
        <w:rPr>
          <w:sz w:val="32"/>
          <w:szCs w:val="32"/>
        </w:rPr>
        <w:t>649-0111</w:t>
      </w:r>
      <w:r w:rsidRPr="00C30209">
        <w:rPr>
          <w:sz w:val="32"/>
          <w:szCs w:val="32"/>
        </w:rPr>
        <w:t xml:space="preserve">　和歌山県海南市下津町方</w:t>
      </w:r>
      <w:r w:rsidRPr="00C30209">
        <w:rPr>
          <w:sz w:val="32"/>
          <w:szCs w:val="32"/>
        </w:rPr>
        <w:t>477</w:t>
      </w:r>
      <w:r>
        <w:br/>
      </w:r>
      <w:r w:rsidRPr="00C30209">
        <w:rPr>
          <w:sz w:val="32"/>
          <w:szCs w:val="32"/>
        </w:rPr>
        <w:t>TEL</w:t>
      </w:r>
      <w:r w:rsidRPr="00C30209">
        <w:rPr>
          <w:sz w:val="32"/>
          <w:szCs w:val="32"/>
        </w:rPr>
        <w:t>：</w:t>
      </w:r>
      <w:r w:rsidRPr="00C30209">
        <w:rPr>
          <w:sz w:val="32"/>
          <w:szCs w:val="32"/>
        </w:rPr>
        <w:t>073-492-1062</w:t>
      </w:r>
      <w:r w:rsidRPr="00C30209">
        <w:rPr>
          <w:sz w:val="32"/>
          <w:szCs w:val="32"/>
        </w:rPr>
        <w:t xml:space="preserve">　</w:t>
      </w:r>
      <w:r w:rsidRPr="00C30209">
        <w:rPr>
          <w:sz w:val="32"/>
          <w:szCs w:val="32"/>
        </w:rPr>
        <w:t>FAX</w:t>
      </w:r>
      <w:r w:rsidRPr="00C30209">
        <w:rPr>
          <w:sz w:val="32"/>
          <w:szCs w:val="32"/>
        </w:rPr>
        <w:t>：</w:t>
      </w:r>
      <w:r w:rsidRPr="00C30209">
        <w:rPr>
          <w:sz w:val="32"/>
          <w:szCs w:val="32"/>
        </w:rPr>
        <w:t>073-492-1316</w:t>
      </w:r>
      <w:r>
        <w:br/>
      </w:r>
      <w:r w:rsidRPr="00C30209">
        <w:rPr>
          <w:sz w:val="32"/>
          <w:szCs w:val="32"/>
        </w:rPr>
        <w:t>メール：</w:t>
      </w:r>
      <w:r w:rsidRPr="00C30209">
        <w:rPr>
          <w:sz w:val="32"/>
          <w:szCs w:val="32"/>
        </w:rPr>
        <w:t>suzukimikanfarm@gmail.com</w:t>
      </w:r>
      <w:r>
        <w:br/>
      </w:r>
      <w:r w:rsidRPr="00C30209">
        <w:rPr>
          <w:rFonts w:ascii="MS Mincho" w:eastAsia="MS Mincho" w:hAnsi="MS Mincho" w:cs="MS Mincho" w:hint="eastAsia"/>
        </w:rPr>
        <w:t>※</w:t>
      </w:r>
      <w:proofErr w:type="spellStart"/>
      <w:r w:rsidRPr="00C30209">
        <w:t>電話対応は平日のみ</w:t>
      </w:r>
      <w:proofErr w:type="spellEnd"/>
      <w:r w:rsidRPr="00C30209">
        <w:t>。</w:t>
      </w:r>
      <w:r w:rsidRPr="00C30209">
        <w:rPr>
          <w:lang w:eastAsia="ja-JP"/>
        </w:rPr>
        <w:t>不在の場合も多いため、できるだけ</w:t>
      </w:r>
      <w:r w:rsidRPr="00C30209">
        <w:rPr>
          <w:lang w:eastAsia="ja-JP"/>
        </w:rPr>
        <w:t>FAX</w:t>
      </w:r>
      <w:r w:rsidRPr="00C30209">
        <w:rPr>
          <w:lang w:eastAsia="ja-JP"/>
        </w:rPr>
        <w:t>またはメールでご連絡ください。</w:t>
      </w:r>
    </w:p>
    <w:p w14:paraId="0213CDAA" w14:textId="0F1BB2F2" w:rsidR="3D6321CB" w:rsidRDefault="3D6321CB" w:rsidP="3D6321CB">
      <w:pPr>
        <w:rPr>
          <w:lang w:eastAsia="ja-JP"/>
        </w:rPr>
      </w:pPr>
    </w:p>
    <w:p w14:paraId="582732DB" w14:textId="020EB0DD" w:rsidR="3D6321CB" w:rsidRDefault="3D6321CB" w:rsidP="3D6321CB">
      <w:pPr>
        <w:rPr>
          <w:lang w:eastAsia="ja-JP"/>
        </w:rPr>
      </w:pPr>
    </w:p>
    <w:p w14:paraId="2FEBEB8C" w14:textId="4EDC122E" w:rsidR="3D6321CB" w:rsidRDefault="3D6321CB" w:rsidP="3D6321CB">
      <w:pPr>
        <w:rPr>
          <w:lang w:eastAsia="ja-JP"/>
        </w:rPr>
      </w:pPr>
    </w:p>
    <w:p w14:paraId="258092D9" w14:textId="77777777" w:rsidR="00F81F1A" w:rsidRDefault="00A16885" w:rsidP="00A16885">
      <w:pPr>
        <w:rPr>
          <w:rFonts w:ascii="Courier New" w:hAnsi="Courier New" w:cs="Courier New"/>
          <w:color w:val="000000" w:themeColor="text1"/>
        </w:rPr>
      </w:pPr>
      <w:r>
        <w:rPr>
          <w:lang w:eastAsia="ja-JP"/>
        </w:rPr>
        <w:br/>
      </w:r>
    </w:p>
    <w:p w14:paraId="40AA4C87" w14:textId="4FA26EC6" w:rsidR="008C024B" w:rsidRPr="008C024B" w:rsidRDefault="008C024B" w:rsidP="00A16885">
      <w:pPr>
        <w:rPr>
          <w:color w:val="000000" w:themeColor="text1"/>
        </w:rPr>
      </w:pPr>
      <w:r w:rsidRPr="008C024B">
        <w:rPr>
          <w:rFonts w:ascii="Courier New" w:hAnsi="Courier New" w:cs="Courier New"/>
          <w:color w:val="000000" w:themeColor="text1"/>
        </w:rPr>
        <w:t>■</w:t>
      </w:r>
      <w:r w:rsidRPr="008C024B">
        <w:rPr>
          <w:color w:val="000000" w:themeColor="text1"/>
        </w:rPr>
        <w:t xml:space="preserve"> </w:t>
      </w:r>
      <w:proofErr w:type="spellStart"/>
      <w:r w:rsidRPr="008C024B">
        <w:rPr>
          <w:color w:val="000000" w:themeColor="text1"/>
        </w:rPr>
        <w:t>お届け先情報</w:t>
      </w:r>
      <w:proofErr w:type="spellEnd"/>
      <w:r>
        <w:rPr>
          <w:rFonts w:hint="eastAsia"/>
          <w:color w:val="000000" w:themeColor="text1"/>
          <w:lang w:eastAsia="ja-JP"/>
        </w:rPr>
        <w:t>１</w:t>
      </w:r>
    </w:p>
    <w:tbl>
      <w:tblPr>
        <w:tblStyle w:val="TableGrid"/>
        <w:tblpPr w:leftFromText="142" w:rightFromText="142" w:vertAnchor="text" w:horzAnchor="margin" w:tblpY="4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654"/>
      </w:tblGrid>
      <w:tr w:rsidR="008C024B" w14:paraId="4684AB48" w14:textId="77777777" w:rsidTr="00F95E7F">
        <w:trPr>
          <w:trHeight w:val="416"/>
        </w:trPr>
        <w:tc>
          <w:tcPr>
            <w:tcW w:w="2660" w:type="dxa"/>
          </w:tcPr>
          <w:p w14:paraId="3AE3932D" w14:textId="65AC3628" w:rsidR="008C024B" w:rsidRDefault="008C024B" w:rsidP="008C024B">
            <w:r>
              <w:rPr>
                <w:rFonts w:hint="eastAsia"/>
                <w:lang w:eastAsia="ja-JP"/>
              </w:rPr>
              <w:t>郵便番号（必須）</w:t>
            </w:r>
          </w:p>
        </w:tc>
        <w:tc>
          <w:tcPr>
            <w:tcW w:w="7654" w:type="dxa"/>
          </w:tcPr>
          <w:p w14:paraId="4791FC30" w14:textId="77777777" w:rsidR="008C024B" w:rsidRDefault="008C024B" w:rsidP="008C024B"/>
        </w:tc>
      </w:tr>
      <w:tr w:rsidR="008C024B" w14:paraId="40ECD8AA" w14:textId="77777777" w:rsidTr="00F95E7F">
        <w:trPr>
          <w:trHeight w:val="699"/>
        </w:trPr>
        <w:tc>
          <w:tcPr>
            <w:tcW w:w="2660" w:type="dxa"/>
          </w:tcPr>
          <w:p w14:paraId="12A4FC58" w14:textId="0EA0E963" w:rsidR="008C024B" w:rsidRDefault="008C024B" w:rsidP="008C024B">
            <w:r>
              <w:rPr>
                <w:rFonts w:hint="eastAsia"/>
                <w:lang w:eastAsia="ja-JP"/>
              </w:rPr>
              <w:t>ご</w:t>
            </w:r>
            <w:proofErr w:type="spellStart"/>
            <w:r>
              <w:t>住所（必須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5E717044" w14:textId="77777777" w:rsidR="008C024B" w:rsidRDefault="008C024B" w:rsidP="008C024B"/>
        </w:tc>
      </w:tr>
      <w:tr w:rsidR="008C024B" w14:paraId="7EF069D3" w14:textId="77777777" w:rsidTr="00F95E7F">
        <w:trPr>
          <w:trHeight w:val="553"/>
        </w:trPr>
        <w:tc>
          <w:tcPr>
            <w:tcW w:w="2660" w:type="dxa"/>
          </w:tcPr>
          <w:p w14:paraId="5940C42D" w14:textId="77777777" w:rsidR="008C024B" w:rsidRDefault="008C024B" w:rsidP="008C024B">
            <w:proofErr w:type="spellStart"/>
            <w:r>
              <w:t>電話番号（必須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24B2EB0F" w14:textId="77777777" w:rsidR="008C024B" w:rsidRDefault="008C024B" w:rsidP="008C024B"/>
        </w:tc>
      </w:tr>
      <w:tr w:rsidR="008C024B" w14:paraId="4F51CDC8" w14:textId="77777777" w:rsidTr="00F95E7F">
        <w:trPr>
          <w:trHeight w:val="561"/>
        </w:trPr>
        <w:tc>
          <w:tcPr>
            <w:tcW w:w="2660" w:type="dxa"/>
          </w:tcPr>
          <w:p w14:paraId="6818B983" w14:textId="77777777" w:rsidR="008C024B" w:rsidRDefault="008C024B" w:rsidP="008C024B">
            <w:proofErr w:type="spellStart"/>
            <w:r>
              <w:t>お名前（必須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1791CC28" w14:textId="77777777" w:rsidR="008C024B" w:rsidRDefault="008C024B" w:rsidP="008C024B"/>
        </w:tc>
      </w:tr>
      <w:tr w:rsidR="008C024B" w14:paraId="2578E108" w14:textId="77777777" w:rsidTr="00F95E7F">
        <w:trPr>
          <w:trHeight w:val="698"/>
        </w:trPr>
        <w:tc>
          <w:tcPr>
            <w:tcW w:w="2660" w:type="dxa"/>
          </w:tcPr>
          <w:p w14:paraId="105054CA" w14:textId="7E225FA4" w:rsidR="008C024B" w:rsidRDefault="008C024B" w:rsidP="008C024B">
            <w:r>
              <w:rPr>
                <w:rFonts w:hint="eastAsia"/>
                <w:lang w:eastAsia="ja-JP"/>
              </w:rPr>
              <w:t>ご</w:t>
            </w:r>
            <w:proofErr w:type="spellStart"/>
            <w:r>
              <w:t>希望の商品</w:t>
            </w:r>
            <w:proofErr w:type="spellEnd"/>
          </w:p>
        </w:tc>
        <w:tc>
          <w:tcPr>
            <w:tcW w:w="7654" w:type="dxa"/>
          </w:tcPr>
          <w:p w14:paraId="74D188C5" w14:textId="77777777" w:rsidR="008C024B" w:rsidRDefault="008C024B" w:rsidP="008C024B"/>
        </w:tc>
      </w:tr>
      <w:tr w:rsidR="008C024B" w14:paraId="7E43EFDD" w14:textId="77777777" w:rsidTr="00F95E7F">
        <w:trPr>
          <w:trHeight w:val="562"/>
        </w:trPr>
        <w:tc>
          <w:tcPr>
            <w:tcW w:w="2660" w:type="dxa"/>
          </w:tcPr>
          <w:p w14:paraId="295DC64D" w14:textId="77777777" w:rsidR="008C024B" w:rsidRDefault="008C024B" w:rsidP="008C024B">
            <w:proofErr w:type="spellStart"/>
            <w:r>
              <w:t>お届け希望時期</w:t>
            </w:r>
            <w:proofErr w:type="spellEnd"/>
          </w:p>
        </w:tc>
        <w:tc>
          <w:tcPr>
            <w:tcW w:w="7654" w:type="dxa"/>
          </w:tcPr>
          <w:p w14:paraId="0D8D3C03" w14:textId="77777777" w:rsidR="008C024B" w:rsidRDefault="008C024B" w:rsidP="008C024B"/>
        </w:tc>
      </w:tr>
      <w:tr w:rsidR="008C024B" w14:paraId="25CFB8E0" w14:textId="77777777" w:rsidTr="00F95E7F">
        <w:tc>
          <w:tcPr>
            <w:tcW w:w="2660" w:type="dxa"/>
          </w:tcPr>
          <w:p w14:paraId="0F55FB02" w14:textId="77777777" w:rsidR="008C024B" w:rsidRDefault="008C024B" w:rsidP="008C024B">
            <w:pPr>
              <w:rPr>
                <w:lang w:eastAsia="ja-JP"/>
              </w:rPr>
            </w:pPr>
            <w:r>
              <w:rPr>
                <w:lang w:eastAsia="ja-JP"/>
              </w:rPr>
              <w:t>配達希望時間（いずれかに</w:t>
            </w:r>
            <w:r>
              <w:rPr>
                <w:lang w:eastAsia="ja-JP"/>
              </w:rPr>
              <w:t>○</w:t>
            </w:r>
            <w:r>
              <w:rPr>
                <w:lang w:eastAsia="ja-JP"/>
              </w:rPr>
              <w:t>）</w:t>
            </w:r>
          </w:p>
        </w:tc>
        <w:tc>
          <w:tcPr>
            <w:tcW w:w="7654" w:type="dxa"/>
          </w:tcPr>
          <w:p w14:paraId="01F111EB" w14:textId="77777777" w:rsidR="008C024B" w:rsidRDefault="008C024B" w:rsidP="008C024B">
            <w:pPr>
              <w:rPr>
                <w:lang w:eastAsia="ja-JP"/>
              </w:rPr>
            </w:pPr>
            <w:proofErr w:type="spellStart"/>
            <w:r>
              <w:t>午前</w:t>
            </w:r>
            <w:proofErr w:type="spellEnd"/>
            <w:r>
              <w:rPr>
                <w:rFonts w:hint="eastAsia"/>
                <w:lang w:eastAsia="ja-JP"/>
              </w:rPr>
              <w:t xml:space="preserve">　　　</w:t>
            </w:r>
            <w:r>
              <w:t xml:space="preserve">　</w:t>
            </w:r>
            <w:r>
              <w:t>14–16</w:t>
            </w:r>
            <w:r>
              <w:t>時</w:t>
            </w:r>
            <w:r>
              <w:rPr>
                <w:rFonts w:hint="eastAsia"/>
                <w:lang w:eastAsia="ja-JP"/>
              </w:rPr>
              <w:t xml:space="preserve">　　　</w:t>
            </w:r>
            <w:r>
              <w:t xml:space="preserve">　</w:t>
            </w:r>
            <w:r>
              <w:t>16–18</w:t>
            </w:r>
            <w:r>
              <w:t>時</w:t>
            </w:r>
            <w:r>
              <w:rPr>
                <w:rFonts w:hint="eastAsia"/>
                <w:lang w:eastAsia="ja-JP"/>
              </w:rPr>
              <w:t xml:space="preserve">　　</w:t>
            </w:r>
            <w:r>
              <w:t xml:space="preserve">　</w:t>
            </w:r>
            <w:r>
              <w:t>18–20</w:t>
            </w:r>
            <w:r>
              <w:t>時</w:t>
            </w:r>
          </w:p>
          <w:p w14:paraId="708B29CE" w14:textId="115E5765" w:rsidR="008C024B" w:rsidRDefault="008C024B" w:rsidP="008C024B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※配送はヤマト運輸</w:t>
            </w:r>
          </w:p>
        </w:tc>
      </w:tr>
    </w:tbl>
    <w:p w14:paraId="5B7BC7D1" w14:textId="50F5AB3E" w:rsidR="008C024B" w:rsidRPr="008C024B" w:rsidRDefault="008C024B" w:rsidP="008C024B">
      <w:pPr>
        <w:pStyle w:val="Heading2"/>
        <w:rPr>
          <w:color w:val="000000" w:themeColor="text1"/>
        </w:rPr>
      </w:pPr>
      <w:r w:rsidRPr="008C024B">
        <w:rPr>
          <w:color w:val="000000" w:themeColor="text1"/>
        </w:rPr>
        <w:t xml:space="preserve">■ </w:t>
      </w:r>
      <w:proofErr w:type="spellStart"/>
      <w:r w:rsidRPr="008C024B">
        <w:rPr>
          <w:color w:val="000000" w:themeColor="text1"/>
        </w:rPr>
        <w:t>お届け先情報</w:t>
      </w:r>
      <w:proofErr w:type="spellEnd"/>
      <w:r>
        <w:rPr>
          <w:rFonts w:hint="eastAsia"/>
          <w:color w:val="000000" w:themeColor="text1"/>
          <w:lang w:eastAsia="ja-JP"/>
        </w:rPr>
        <w:t>２</w:t>
      </w:r>
    </w:p>
    <w:tbl>
      <w:tblPr>
        <w:tblStyle w:val="TableGrid"/>
        <w:tblpPr w:leftFromText="142" w:rightFromText="142" w:vertAnchor="text" w:horzAnchor="margin" w:tblpY="4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654"/>
      </w:tblGrid>
      <w:tr w:rsidR="008C024B" w14:paraId="5E65C43C" w14:textId="77777777" w:rsidTr="00F95E7F">
        <w:trPr>
          <w:trHeight w:val="416"/>
        </w:trPr>
        <w:tc>
          <w:tcPr>
            <w:tcW w:w="2660" w:type="dxa"/>
          </w:tcPr>
          <w:p w14:paraId="36AD7C9C" w14:textId="77777777" w:rsidR="008C024B" w:rsidRDefault="008C024B" w:rsidP="00CA5BA7">
            <w:r>
              <w:rPr>
                <w:rFonts w:hint="eastAsia"/>
                <w:lang w:eastAsia="ja-JP"/>
              </w:rPr>
              <w:t>郵便番号（必須）</w:t>
            </w:r>
          </w:p>
        </w:tc>
        <w:tc>
          <w:tcPr>
            <w:tcW w:w="7654" w:type="dxa"/>
          </w:tcPr>
          <w:p w14:paraId="389244CA" w14:textId="77777777" w:rsidR="008C024B" w:rsidRDefault="008C024B" w:rsidP="00CA5BA7"/>
        </w:tc>
      </w:tr>
      <w:tr w:rsidR="008C024B" w14:paraId="6B8B3B29" w14:textId="77777777" w:rsidTr="00F95E7F">
        <w:trPr>
          <w:trHeight w:val="699"/>
        </w:trPr>
        <w:tc>
          <w:tcPr>
            <w:tcW w:w="2660" w:type="dxa"/>
          </w:tcPr>
          <w:p w14:paraId="01261D40" w14:textId="77777777" w:rsidR="008C024B" w:rsidRDefault="008C024B" w:rsidP="00CA5BA7">
            <w:r>
              <w:rPr>
                <w:rFonts w:hint="eastAsia"/>
                <w:lang w:eastAsia="ja-JP"/>
              </w:rPr>
              <w:t>ご</w:t>
            </w:r>
            <w:proofErr w:type="spellStart"/>
            <w:r>
              <w:t>住所（必須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2E3CBF7F" w14:textId="77777777" w:rsidR="008C024B" w:rsidRDefault="008C024B" w:rsidP="00CA5BA7"/>
        </w:tc>
      </w:tr>
      <w:tr w:rsidR="008C024B" w14:paraId="3F06A7F2" w14:textId="77777777" w:rsidTr="00F95E7F">
        <w:trPr>
          <w:trHeight w:val="553"/>
        </w:trPr>
        <w:tc>
          <w:tcPr>
            <w:tcW w:w="2660" w:type="dxa"/>
          </w:tcPr>
          <w:p w14:paraId="576978EF" w14:textId="77777777" w:rsidR="008C024B" w:rsidRDefault="008C024B" w:rsidP="00CA5BA7">
            <w:proofErr w:type="spellStart"/>
            <w:r>
              <w:t>電話番号（必須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045153C0" w14:textId="77777777" w:rsidR="008C024B" w:rsidRDefault="008C024B" w:rsidP="00CA5BA7"/>
        </w:tc>
      </w:tr>
      <w:tr w:rsidR="008C024B" w14:paraId="59FDF19E" w14:textId="77777777" w:rsidTr="00F95E7F">
        <w:trPr>
          <w:trHeight w:val="561"/>
        </w:trPr>
        <w:tc>
          <w:tcPr>
            <w:tcW w:w="2660" w:type="dxa"/>
          </w:tcPr>
          <w:p w14:paraId="7D65B56B" w14:textId="77777777" w:rsidR="008C024B" w:rsidRDefault="008C024B" w:rsidP="00CA5BA7">
            <w:proofErr w:type="spellStart"/>
            <w:r>
              <w:t>お名前（必須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41EDC727" w14:textId="77777777" w:rsidR="008C024B" w:rsidRDefault="008C024B" w:rsidP="00CA5BA7"/>
        </w:tc>
      </w:tr>
      <w:tr w:rsidR="008C024B" w14:paraId="31231DE5" w14:textId="77777777" w:rsidTr="00F95E7F">
        <w:trPr>
          <w:trHeight w:val="698"/>
        </w:trPr>
        <w:tc>
          <w:tcPr>
            <w:tcW w:w="2660" w:type="dxa"/>
          </w:tcPr>
          <w:p w14:paraId="7E2B1B0D" w14:textId="77777777" w:rsidR="008C024B" w:rsidRDefault="008C024B" w:rsidP="00CA5BA7">
            <w:r>
              <w:rPr>
                <w:rFonts w:hint="eastAsia"/>
                <w:lang w:eastAsia="ja-JP"/>
              </w:rPr>
              <w:t>ご</w:t>
            </w:r>
            <w:proofErr w:type="spellStart"/>
            <w:r>
              <w:t>希望の商品</w:t>
            </w:r>
            <w:proofErr w:type="spellEnd"/>
          </w:p>
        </w:tc>
        <w:tc>
          <w:tcPr>
            <w:tcW w:w="7654" w:type="dxa"/>
          </w:tcPr>
          <w:p w14:paraId="56B9CE10" w14:textId="77777777" w:rsidR="008C024B" w:rsidRDefault="008C024B" w:rsidP="00CA5BA7"/>
        </w:tc>
      </w:tr>
      <w:tr w:rsidR="008C024B" w14:paraId="4C36962A" w14:textId="77777777" w:rsidTr="00F95E7F">
        <w:trPr>
          <w:trHeight w:val="571"/>
        </w:trPr>
        <w:tc>
          <w:tcPr>
            <w:tcW w:w="2660" w:type="dxa"/>
          </w:tcPr>
          <w:p w14:paraId="2B3EAB1E" w14:textId="77777777" w:rsidR="008C024B" w:rsidRDefault="008C024B" w:rsidP="00CA5BA7">
            <w:proofErr w:type="spellStart"/>
            <w:r>
              <w:t>お届け希望時期</w:t>
            </w:r>
            <w:proofErr w:type="spellEnd"/>
          </w:p>
        </w:tc>
        <w:tc>
          <w:tcPr>
            <w:tcW w:w="7654" w:type="dxa"/>
          </w:tcPr>
          <w:p w14:paraId="1E3757F8" w14:textId="77777777" w:rsidR="008C024B" w:rsidRDefault="008C024B" w:rsidP="00CA5BA7"/>
        </w:tc>
      </w:tr>
      <w:tr w:rsidR="008C024B" w14:paraId="08BBCAA6" w14:textId="77777777" w:rsidTr="00F95E7F">
        <w:tc>
          <w:tcPr>
            <w:tcW w:w="2660" w:type="dxa"/>
          </w:tcPr>
          <w:p w14:paraId="652BB7A0" w14:textId="77777777" w:rsidR="008C024B" w:rsidRDefault="008C024B" w:rsidP="00CA5BA7">
            <w:pPr>
              <w:rPr>
                <w:lang w:eastAsia="ja-JP"/>
              </w:rPr>
            </w:pPr>
            <w:r>
              <w:rPr>
                <w:lang w:eastAsia="ja-JP"/>
              </w:rPr>
              <w:t>配達希望時間（いずれかに</w:t>
            </w:r>
            <w:r>
              <w:rPr>
                <w:lang w:eastAsia="ja-JP"/>
              </w:rPr>
              <w:t>○</w:t>
            </w:r>
            <w:r>
              <w:rPr>
                <w:lang w:eastAsia="ja-JP"/>
              </w:rPr>
              <w:t>）</w:t>
            </w:r>
          </w:p>
        </w:tc>
        <w:tc>
          <w:tcPr>
            <w:tcW w:w="7654" w:type="dxa"/>
          </w:tcPr>
          <w:p w14:paraId="59306451" w14:textId="77777777" w:rsidR="008C024B" w:rsidRDefault="008C024B" w:rsidP="00CA5BA7">
            <w:pPr>
              <w:rPr>
                <w:lang w:eastAsia="ja-JP"/>
              </w:rPr>
            </w:pPr>
            <w:proofErr w:type="spellStart"/>
            <w:r>
              <w:t>午前</w:t>
            </w:r>
            <w:proofErr w:type="spellEnd"/>
            <w:r>
              <w:rPr>
                <w:rFonts w:hint="eastAsia"/>
                <w:lang w:eastAsia="ja-JP"/>
              </w:rPr>
              <w:t xml:space="preserve">　　　</w:t>
            </w:r>
            <w:r>
              <w:t xml:space="preserve">　</w:t>
            </w:r>
            <w:r>
              <w:t>14–16</w:t>
            </w:r>
            <w:r>
              <w:t>時</w:t>
            </w:r>
            <w:r>
              <w:rPr>
                <w:rFonts w:hint="eastAsia"/>
                <w:lang w:eastAsia="ja-JP"/>
              </w:rPr>
              <w:t xml:space="preserve">　　　</w:t>
            </w:r>
            <w:r>
              <w:t xml:space="preserve">　</w:t>
            </w:r>
            <w:r>
              <w:t>16–18</w:t>
            </w:r>
            <w:r>
              <w:t>時</w:t>
            </w:r>
            <w:r>
              <w:rPr>
                <w:rFonts w:hint="eastAsia"/>
                <w:lang w:eastAsia="ja-JP"/>
              </w:rPr>
              <w:t xml:space="preserve">　　</w:t>
            </w:r>
            <w:r>
              <w:t xml:space="preserve">　</w:t>
            </w:r>
            <w:r>
              <w:t>18–20</w:t>
            </w:r>
            <w:r>
              <w:t>時</w:t>
            </w:r>
          </w:p>
          <w:p w14:paraId="3085668C" w14:textId="77777777" w:rsidR="008C024B" w:rsidRDefault="008C024B" w:rsidP="00CA5BA7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※配送はヤマト運輸</w:t>
            </w:r>
          </w:p>
        </w:tc>
      </w:tr>
    </w:tbl>
    <w:p w14:paraId="0BA14F57" w14:textId="7B92A66B" w:rsidR="008C024B" w:rsidRPr="008C024B" w:rsidRDefault="008C024B" w:rsidP="008C024B">
      <w:pPr>
        <w:pStyle w:val="Heading2"/>
        <w:rPr>
          <w:color w:val="000000" w:themeColor="text1"/>
        </w:rPr>
      </w:pPr>
      <w:r w:rsidRPr="008C024B">
        <w:rPr>
          <w:color w:val="000000" w:themeColor="text1"/>
        </w:rPr>
        <w:t xml:space="preserve">■ </w:t>
      </w:r>
      <w:proofErr w:type="spellStart"/>
      <w:r w:rsidRPr="008C024B">
        <w:rPr>
          <w:color w:val="000000" w:themeColor="text1"/>
        </w:rPr>
        <w:t>お届け先情報</w:t>
      </w:r>
      <w:proofErr w:type="spellEnd"/>
      <w:r w:rsidR="00C30209">
        <w:rPr>
          <w:rFonts w:hint="eastAsia"/>
          <w:color w:val="000000" w:themeColor="text1"/>
          <w:lang w:eastAsia="ja-JP"/>
        </w:rPr>
        <w:t>３</w:t>
      </w:r>
    </w:p>
    <w:tbl>
      <w:tblPr>
        <w:tblStyle w:val="TableGrid"/>
        <w:tblpPr w:leftFromText="142" w:rightFromText="142" w:vertAnchor="text" w:horzAnchor="margin" w:tblpY="4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654"/>
      </w:tblGrid>
      <w:tr w:rsidR="008C024B" w14:paraId="4694DB1E" w14:textId="77777777" w:rsidTr="00F95E7F">
        <w:trPr>
          <w:trHeight w:val="416"/>
        </w:trPr>
        <w:tc>
          <w:tcPr>
            <w:tcW w:w="2660" w:type="dxa"/>
          </w:tcPr>
          <w:p w14:paraId="466D7D45" w14:textId="77777777" w:rsidR="008C024B" w:rsidRDefault="008C024B" w:rsidP="00CA5BA7">
            <w:r>
              <w:rPr>
                <w:rFonts w:hint="eastAsia"/>
                <w:lang w:eastAsia="ja-JP"/>
              </w:rPr>
              <w:t>郵便番号（必須）</w:t>
            </w:r>
          </w:p>
        </w:tc>
        <w:tc>
          <w:tcPr>
            <w:tcW w:w="7654" w:type="dxa"/>
          </w:tcPr>
          <w:p w14:paraId="716B9089" w14:textId="77777777" w:rsidR="008C024B" w:rsidRDefault="008C024B" w:rsidP="00CA5BA7"/>
        </w:tc>
      </w:tr>
      <w:tr w:rsidR="008C024B" w14:paraId="26D68DDF" w14:textId="77777777" w:rsidTr="00F95E7F">
        <w:trPr>
          <w:trHeight w:val="699"/>
        </w:trPr>
        <w:tc>
          <w:tcPr>
            <w:tcW w:w="2660" w:type="dxa"/>
          </w:tcPr>
          <w:p w14:paraId="57A6F7C5" w14:textId="77777777" w:rsidR="008C024B" w:rsidRDefault="008C024B" w:rsidP="00CA5BA7">
            <w:r>
              <w:rPr>
                <w:rFonts w:hint="eastAsia"/>
                <w:lang w:eastAsia="ja-JP"/>
              </w:rPr>
              <w:t>ご</w:t>
            </w:r>
            <w:proofErr w:type="spellStart"/>
            <w:r>
              <w:t>住所（必須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3B7C33A8" w14:textId="77777777" w:rsidR="008C024B" w:rsidRDefault="008C024B" w:rsidP="00CA5BA7"/>
        </w:tc>
      </w:tr>
      <w:tr w:rsidR="008C024B" w14:paraId="1A0138F5" w14:textId="77777777" w:rsidTr="00F95E7F">
        <w:trPr>
          <w:trHeight w:val="553"/>
        </w:trPr>
        <w:tc>
          <w:tcPr>
            <w:tcW w:w="2660" w:type="dxa"/>
          </w:tcPr>
          <w:p w14:paraId="100D75B0" w14:textId="77777777" w:rsidR="008C024B" w:rsidRDefault="008C024B" w:rsidP="00CA5BA7">
            <w:proofErr w:type="spellStart"/>
            <w:r>
              <w:t>電話番号（必須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6F6893F6" w14:textId="77777777" w:rsidR="008C024B" w:rsidRDefault="008C024B" w:rsidP="00CA5BA7"/>
        </w:tc>
      </w:tr>
      <w:tr w:rsidR="008C024B" w14:paraId="32E71306" w14:textId="77777777" w:rsidTr="00F95E7F">
        <w:trPr>
          <w:trHeight w:val="561"/>
        </w:trPr>
        <w:tc>
          <w:tcPr>
            <w:tcW w:w="2660" w:type="dxa"/>
          </w:tcPr>
          <w:p w14:paraId="3BF2DAC2" w14:textId="77777777" w:rsidR="008C024B" w:rsidRDefault="008C024B" w:rsidP="00CA5BA7">
            <w:proofErr w:type="spellStart"/>
            <w:r>
              <w:t>お名前（必須</w:t>
            </w:r>
            <w:proofErr w:type="spellEnd"/>
            <w:r>
              <w:t>）</w:t>
            </w:r>
          </w:p>
        </w:tc>
        <w:tc>
          <w:tcPr>
            <w:tcW w:w="7654" w:type="dxa"/>
          </w:tcPr>
          <w:p w14:paraId="6EBF1074" w14:textId="77777777" w:rsidR="008C024B" w:rsidRDefault="008C024B" w:rsidP="00CA5BA7"/>
        </w:tc>
      </w:tr>
      <w:tr w:rsidR="008C024B" w14:paraId="1E396C75" w14:textId="77777777" w:rsidTr="00F95E7F">
        <w:trPr>
          <w:trHeight w:val="698"/>
        </w:trPr>
        <w:tc>
          <w:tcPr>
            <w:tcW w:w="2660" w:type="dxa"/>
          </w:tcPr>
          <w:p w14:paraId="65D1A1C6" w14:textId="77777777" w:rsidR="008C024B" w:rsidRDefault="008C024B" w:rsidP="00CA5BA7">
            <w:r>
              <w:rPr>
                <w:rFonts w:hint="eastAsia"/>
                <w:lang w:eastAsia="ja-JP"/>
              </w:rPr>
              <w:t>ご</w:t>
            </w:r>
            <w:proofErr w:type="spellStart"/>
            <w:r>
              <w:t>希望の商品</w:t>
            </w:r>
            <w:proofErr w:type="spellEnd"/>
          </w:p>
        </w:tc>
        <w:tc>
          <w:tcPr>
            <w:tcW w:w="7654" w:type="dxa"/>
          </w:tcPr>
          <w:p w14:paraId="3638058B" w14:textId="77777777" w:rsidR="008C024B" w:rsidRDefault="008C024B" w:rsidP="00CA5BA7"/>
        </w:tc>
      </w:tr>
      <w:tr w:rsidR="008C024B" w14:paraId="158AF530" w14:textId="77777777" w:rsidTr="00F95E7F">
        <w:trPr>
          <w:trHeight w:val="560"/>
        </w:trPr>
        <w:tc>
          <w:tcPr>
            <w:tcW w:w="2660" w:type="dxa"/>
          </w:tcPr>
          <w:p w14:paraId="1C027882" w14:textId="77777777" w:rsidR="008C024B" w:rsidRDefault="008C024B" w:rsidP="00CA5BA7">
            <w:proofErr w:type="spellStart"/>
            <w:r>
              <w:t>お届け希望時期</w:t>
            </w:r>
            <w:proofErr w:type="spellEnd"/>
          </w:p>
        </w:tc>
        <w:tc>
          <w:tcPr>
            <w:tcW w:w="7654" w:type="dxa"/>
          </w:tcPr>
          <w:p w14:paraId="25D5C8F4" w14:textId="77777777" w:rsidR="008C024B" w:rsidRDefault="008C024B" w:rsidP="00CA5BA7"/>
        </w:tc>
      </w:tr>
      <w:tr w:rsidR="008C024B" w14:paraId="2084F0D7" w14:textId="77777777" w:rsidTr="00F95E7F">
        <w:tc>
          <w:tcPr>
            <w:tcW w:w="2660" w:type="dxa"/>
          </w:tcPr>
          <w:p w14:paraId="0EECDCED" w14:textId="77777777" w:rsidR="008C024B" w:rsidRDefault="008C024B" w:rsidP="00CA5BA7">
            <w:pPr>
              <w:rPr>
                <w:lang w:eastAsia="ja-JP"/>
              </w:rPr>
            </w:pPr>
            <w:r>
              <w:rPr>
                <w:lang w:eastAsia="ja-JP"/>
              </w:rPr>
              <w:t>配達希望時間（いずれかに</w:t>
            </w:r>
            <w:r>
              <w:rPr>
                <w:lang w:eastAsia="ja-JP"/>
              </w:rPr>
              <w:t>○</w:t>
            </w:r>
            <w:r>
              <w:rPr>
                <w:lang w:eastAsia="ja-JP"/>
              </w:rPr>
              <w:t>）</w:t>
            </w:r>
          </w:p>
        </w:tc>
        <w:tc>
          <w:tcPr>
            <w:tcW w:w="7654" w:type="dxa"/>
          </w:tcPr>
          <w:p w14:paraId="2FE42333" w14:textId="77777777" w:rsidR="008C024B" w:rsidRDefault="008C024B" w:rsidP="00CA5BA7">
            <w:pPr>
              <w:rPr>
                <w:lang w:eastAsia="ja-JP"/>
              </w:rPr>
            </w:pPr>
            <w:proofErr w:type="spellStart"/>
            <w:r>
              <w:t>午前</w:t>
            </w:r>
            <w:proofErr w:type="spellEnd"/>
            <w:r>
              <w:rPr>
                <w:rFonts w:hint="eastAsia"/>
                <w:lang w:eastAsia="ja-JP"/>
              </w:rPr>
              <w:t xml:space="preserve">　　　</w:t>
            </w:r>
            <w:r>
              <w:t xml:space="preserve">　</w:t>
            </w:r>
            <w:r>
              <w:t>14–16</w:t>
            </w:r>
            <w:r>
              <w:t>時</w:t>
            </w:r>
            <w:r>
              <w:rPr>
                <w:rFonts w:hint="eastAsia"/>
                <w:lang w:eastAsia="ja-JP"/>
              </w:rPr>
              <w:t xml:space="preserve">　　　</w:t>
            </w:r>
            <w:r>
              <w:t xml:space="preserve">　</w:t>
            </w:r>
            <w:r>
              <w:t>16–18</w:t>
            </w:r>
            <w:r>
              <w:t>時</w:t>
            </w:r>
            <w:r>
              <w:rPr>
                <w:rFonts w:hint="eastAsia"/>
                <w:lang w:eastAsia="ja-JP"/>
              </w:rPr>
              <w:t xml:space="preserve">　　</w:t>
            </w:r>
            <w:r>
              <w:t xml:space="preserve">　</w:t>
            </w:r>
            <w:r>
              <w:t>18–20</w:t>
            </w:r>
            <w:r>
              <w:t>時</w:t>
            </w:r>
          </w:p>
          <w:p w14:paraId="5E2730B8" w14:textId="77777777" w:rsidR="008C024B" w:rsidRDefault="008C024B" w:rsidP="00CA5BA7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※配送はヤマト運輸</w:t>
            </w:r>
          </w:p>
        </w:tc>
      </w:tr>
    </w:tbl>
    <w:p w14:paraId="18B001D9" w14:textId="4D64F54B" w:rsidR="00C30209" w:rsidRPr="00C30209" w:rsidRDefault="00750D5F" w:rsidP="00C30209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  <w:lang w:eastAsia="ja-JP"/>
        </w:rPr>
      </w:pPr>
      <w:r>
        <w:rPr>
          <w:lang w:eastAsia="ja-JP"/>
        </w:rPr>
        <w:br w:type="page"/>
      </w:r>
      <w:r w:rsidR="00C30209" w:rsidRPr="00C30209">
        <w:rPr>
          <w:rFonts w:ascii="Courier New" w:eastAsiaTheme="majorEastAsia" w:hAnsi="Courier New" w:cs="Courier New"/>
          <w:b/>
          <w:bCs/>
          <w:color w:val="000000" w:themeColor="text1"/>
          <w:sz w:val="26"/>
          <w:szCs w:val="26"/>
        </w:rPr>
        <w:t>■</w:t>
      </w:r>
      <w:r w:rsidR="00C30209" w:rsidRPr="00C30209"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C30209" w:rsidRPr="00C30209"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</w:rPr>
        <w:t>お届け先情報</w:t>
      </w:r>
      <w:proofErr w:type="spellEnd"/>
    </w:p>
    <w:tbl>
      <w:tblPr>
        <w:tblStyle w:val="TableGrid"/>
        <w:tblpPr w:leftFromText="142" w:rightFromText="142" w:vertAnchor="text" w:horzAnchor="margin" w:tblpY="4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654"/>
      </w:tblGrid>
      <w:tr w:rsidR="00C30209" w:rsidRPr="00C30209" w14:paraId="323CC4B3" w14:textId="77777777" w:rsidTr="00F95E7F">
        <w:trPr>
          <w:trHeight w:val="416"/>
        </w:trPr>
        <w:tc>
          <w:tcPr>
            <w:tcW w:w="2660" w:type="dxa"/>
          </w:tcPr>
          <w:p w14:paraId="3343B23B" w14:textId="77777777" w:rsidR="00C30209" w:rsidRPr="00C30209" w:rsidRDefault="00C30209" w:rsidP="00C30209">
            <w:r w:rsidRPr="00C30209">
              <w:rPr>
                <w:lang w:eastAsia="ja-JP"/>
              </w:rPr>
              <w:t>郵便番号</w:t>
            </w:r>
            <w:r w:rsidRPr="00C30209">
              <w:rPr>
                <w:rFonts w:hint="eastAsia"/>
                <w:lang w:eastAsia="ja-JP"/>
              </w:rPr>
              <w:t>（必須）</w:t>
            </w:r>
          </w:p>
        </w:tc>
        <w:tc>
          <w:tcPr>
            <w:tcW w:w="7654" w:type="dxa"/>
          </w:tcPr>
          <w:p w14:paraId="47195773" w14:textId="77777777" w:rsidR="00C30209" w:rsidRPr="00C30209" w:rsidRDefault="00C30209" w:rsidP="00C30209"/>
        </w:tc>
      </w:tr>
      <w:tr w:rsidR="00C30209" w:rsidRPr="00C30209" w14:paraId="29761507" w14:textId="77777777" w:rsidTr="00F95E7F">
        <w:trPr>
          <w:trHeight w:val="699"/>
        </w:trPr>
        <w:tc>
          <w:tcPr>
            <w:tcW w:w="2660" w:type="dxa"/>
          </w:tcPr>
          <w:p w14:paraId="6052CC69" w14:textId="77777777" w:rsidR="00C30209" w:rsidRPr="00C30209" w:rsidRDefault="00C30209" w:rsidP="00C30209">
            <w:r w:rsidRPr="00C30209">
              <w:rPr>
                <w:lang w:eastAsia="ja-JP"/>
              </w:rPr>
              <w:t>ご</w:t>
            </w:r>
            <w:proofErr w:type="spellStart"/>
            <w:r w:rsidRPr="00C30209">
              <w:t>住所（必須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6378B9A0" w14:textId="77777777" w:rsidR="00C30209" w:rsidRPr="00C30209" w:rsidRDefault="00C30209" w:rsidP="00C30209"/>
        </w:tc>
      </w:tr>
      <w:tr w:rsidR="00C30209" w:rsidRPr="00C30209" w14:paraId="670FD111" w14:textId="77777777" w:rsidTr="00F95E7F">
        <w:trPr>
          <w:trHeight w:val="553"/>
        </w:trPr>
        <w:tc>
          <w:tcPr>
            <w:tcW w:w="2660" w:type="dxa"/>
          </w:tcPr>
          <w:p w14:paraId="32118895" w14:textId="77777777" w:rsidR="00C30209" w:rsidRPr="00C30209" w:rsidRDefault="00C30209" w:rsidP="00C30209">
            <w:proofErr w:type="spellStart"/>
            <w:r w:rsidRPr="00C30209">
              <w:t>電話番号（必須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65B18A34" w14:textId="77777777" w:rsidR="00C30209" w:rsidRPr="00C30209" w:rsidRDefault="00C30209" w:rsidP="00C30209"/>
        </w:tc>
      </w:tr>
      <w:tr w:rsidR="00C30209" w:rsidRPr="00C30209" w14:paraId="0402713D" w14:textId="77777777" w:rsidTr="00F95E7F">
        <w:trPr>
          <w:trHeight w:val="561"/>
        </w:trPr>
        <w:tc>
          <w:tcPr>
            <w:tcW w:w="2660" w:type="dxa"/>
          </w:tcPr>
          <w:p w14:paraId="64D473C2" w14:textId="77777777" w:rsidR="00C30209" w:rsidRPr="00C30209" w:rsidRDefault="00C30209" w:rsidP="00C30209">
            <w:proofErr w:type="spellStart"/>
            <w:r w:rsidRPr="00C30209">
              <w:t>お名前（必須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4569B99C" w14:textId="77777777" w:rsidR="00C30209" w:rsidRPr="00C30209" w:rsidRDefault="00C30209" w:rsidP="00C30209"/>
        </w:tc>
      </w:tr>
      <w:tr w:rsidR="00C30209" w:rsidRPr="00C30209" w14:paraId="2A2BF5D3" w14:textId="77777777" w:rsidTr="00F95E7F">
        <w:trPr>
          <w:trHeight w:val="698"/>
        </w:trPr>
        <w:tc>
          <w:tcPr>
            <w:tcW w:w="2660" w:type="dxa"/>
          </w:tcPr>
          <w:p w14:paraId="6CBEE349" w14:textId="77777777" w:rsidR="00C30209" w:rsidRPr="00C30209" w:rsidRDefault="00C30209" w:rsidP="00C30209">
            <w:r w:rsidRPr="00C30209">
              <w:rPr>
                <w:lang w:eastAsia="ja-JP"/>
              </w:rPr>
              <w:t>ご</w:t>
            </w:r>
            <w:proofErr w:type="spellStart"/>
            <w:r w:rsidRPr="00C30209">
              <w:t>希望の商品</w:t>
            </w:r>
            <w:proofErr w:type="spellEnd"/>
          </w:p>
        </w:tc>
        <w:tc>
          <w:tcPr>
            <w:tcW w:w="7654" w:type="dxa"/>
          </w:tcPr>
          <w:p w14:paraId="72225536" w14:textId="77777777" w:rsidR="00C30209" w:rsidRPr="00C30209" w:rsidRDefault="00C30209" w:rsidP="00C30209"/>
        </w:tc>
      </w:tr>
      <w:tr w:rsidR="00C30209" w:rsidRPr="00C30209" w14:paraId="5ADD09A1" w14:textId="77777777" w:rsidTr="00F95E7F">
        <w:trPr>
          <w:trHeight w:val="562"/>
        </w:trPr>
        <w:tc>
          <w:tcPr>
            <w:tcW w:w="2660" w:type="dxa"/>
          </w:tcPr>
          <w:p w14:paraId="73826735" w14:textId="77777777" w:rsidR="00C30209" w:rsidRPr="00C30209" w:rsidRDefault="00C30209" w:rsidP="00C30209">
            <w:proofErr w:type="spellStart"/>
            <w:r w:rsidRPr="00C30209">
              <w:t>お届け希望時期</w:t>
            </w:r>
            <w:proofErr w:type="spellEnd"/>
          </w:p>
        </w:tc>
        <w:tc>
          <w:tcPr>
            <w:tcW w:w="7654" w:type="dxa"/>
          </w:tcPr>
          <w:p w14:paraId="6CBE4800" w14:textId="77777777" w:rsidR="00C30209" w:rsidRPr="00C30209" w:rsidRDefault="00C30209" w:rsidP="00C30209"/>
        </w:tc>
      </w:tr>
      <w:tr w:rsidR="00C30209" w:rsidRPr="00C30209" w14:paraId="3D89DE8C" w14:textId="77777777" w:rsidTr="00F95E7F">
        <w:tc>
          <w:tcPr>
            <w:tcW w:w="2660" w:type="dxa"/>
          </w:tcPr>
          <w:p w14:paraId="6CC75966" w14:textId="77777777" w:rsidR="00C30209" w:rsidRPr="00C30209" w:rsidRDefault="00C30209" w:rsidP="00C30209">
            <w:pPr>
              <w:rPr>
                <w:lang w:eastAsia="ja-JP"/>
              </w:rPr>
            </w:pPr>
            <w:r w:rsidRPr="00C30209">
              <w:rPr>
                <w:lang w:eastAsia="ja-JP"/>
              </w:rPr>
              <w:t>配達希望時間（いずれかに</w:t>
            </w:r>
            <w:r w:rsidRPr="00C30209">
              <w:rPr>
                <w:lang w:eastAsia="ja-JP"/>
              </w:rPr>
              <w:t>○</w:t>
            </w:r>
            <w:r w:rsidRPr="00C30209">
              <w:rPr>
                <w:lang w:eastAsia="ja-JP"/>
              </w:rPr>
              <w:t>）</w:t>
            </w:r>
          </w:p>
        </w:tc>
        <w:tc>
          <w:tcPr>
            <w:tcW w:w="7654" w:type="dxa"/>
          </w:tcPr>
          <w:p w14:paraId="36BD9E2F" w14:textId="77777777" w:rsidR="00C30209" w:rsidRPr="00C30209" w:rsidRDefault="00C30209" w:rsidP="00C30209">
            <w:pPr>
              <w:rPr>
                <w:lang w:eastAsia="ja-JP"/>
              </w:rPr>
            </w:pPr>
            <w:proofErr w:type="spellStart"/>
            <w:r w:rsidRPr="00C30209">
              <w:t>午前</w:t>
            </w:r>
            <w:proofErr w:type="spellEnd"/>
            <w:r w:rsidRPr="00C30209">
              <w:rPr>
                <w:lang w:eastAsia="ja-JP"/>
              </w:rPr>
              <w:t xml:space="preserve">　</w:t>
            </w:r>
            <w:r w:rsidRPr="00C30209">
              <w:rPr>
                <w:rFonts w:hint="eastAsia"/>
                <w:lang w:eastAsia="ja-JP"/>
              </w:rPr>
              <w:t xml:space="preserve">　　</w:t>
            </w:r>
            <w:r w:rsidRPr="00C30209">
              <w:t xml:space="preserve">　</w:t>
            </w:r>
            <w:r w:rsidRPr="00C30209">
              <w:t>14–16</w:t>
            </w:r>
            <w:r w:rsidRPr="00C30209">
              <w:t>時</w:t>
            </w:r>
            <w:r w:rsidRPr="00C30209">
              <w:rPr>
                <w:lang w:eastAsia="ja-JP"/>
              </w:rPr>
              <w:t xml:space="preserve">　　　</w:t>
            </w:r>
            <w:r w:rsidRPr="00C30209">
              <w:t xml:space="preserve">　</w:t>
            </w:r>
            <w:r w:rsidRPr="00C30209">
              <w:t>16–18</w:t>
            </w:r>
            <w:r w:rsidRPr="00C30209">
              <w:t>時</w:t>
            </w:r>
            <w:r w:rsidRPr="00C30209">
              <w:rPr>
                <w:lang w:eastAsia="ja-JP"/>
              </w:rPr>
              <w:t xml:space="preserve">　　</w:t>
            </w:r>
            <w:r w:rsidRPr="00C30209">
              <w:t xml:space="preserve">　</w:t>
            </w:r>
            <w:r w:rsidRPr="00C30209">
              <w:t>18–20</w:t>
            </w:r>
            <w:r w:rsidRPr="00C30209">
              <w:t>時</w:t>
            </w:r>
          </w:p>
          <w:p w14:paraId="236A3BEE" w14:textId="77777777" w:rsidR="00C30209" w:rsidRPr="00C30209" w:rsidRDefault="00C30209" w:rsidP="00C30209">
            <w:pPr>
              <w:rPr>
                <w:lang w:eastAsia="ja-JP"/>
              </w:rPr>
            </w:pPr>
            <w:r w:rsidRPr="00C30209">
              <w:rPr>
                <w:rFonts w:ascii="MS Mincho" w:eastAsia="MS Mincho" w:hAnsi="MS Mincho" w:cs="MS Mincho" w:hint="eastAsia"/>
                <w:lang w:eastAsia="ja-JP"/>
              </w:rPr>
              <w:t>※</w:t>
            </w:r>
            <w:r w:rsidRPr="00C30209">
              <w:rPr>
                <w:lang w:eastAsia="ja-JP"/>
              </w:rPr>
              <w:t>配送はヤマト運輸</w:t>
            </w:r>
          </w:p>
        </w:tc>
      </w:tr>
    </w:tbl>
    <w:p w14:paraId="396E5A35" w14:textId="3523117E" w:rsidR="00C30209" w:rsidRPr="00C30209" w:rsidRDefault="00C30209" w:rsidP="00C30209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</w:rPr>
      </w:pPr>
      <w:r w:rsidRPr="00C30209">
        <w:rPr>
          <w:rFonts w:ascii="Courier New" w:eastAsiaTheme="majorEastAsia" w:hAnsi="Courier New" w:cs="Courier New"/>
          <w:b/>
          <w:bCs/>
          <w:color w:val="000000" w:themeColor="text1"/>
          <w:sz w:val="26"/>
          <w:szCs w:val="26"/>
        </w:rPr>
        <w:t>■</w:t>
      </w:r>
      <w:r w:rsidRPr="00C30209"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C30209"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</w:rPr>
        <w:t>お届け先情報</w:t>
      </w:r>
      <w:proofErr w:type="spellEnd"/>
    </w:p>
    <w:tbl>
      <w:tblPr>
        <w:tblStyle w:val="TableGrid"/>
        <w:tblpPr w:leftFromText="142" w:rightFromText="142" w:vertAnchor="text" w:horzAnchor="margin" w:tblpY="4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654"/>
      </w:tblGrid>
      <w:tr w:rsidR="00C30209" w:rsidRPr="00C30209" w14:paraId="019C83BF" w14:textId="77777777" w:rsidTr="00F95E7F">
        <w:trPr>
          <w:trHeight w:val="416"/>
        </w:trPr>
        <w:tc>
          <w:tcPr>
            <w:tcW w:w="2660" w:type="dxa"/>
          </w:tcPr>
          <w:p w14:paraId="5987700E" w14:textId="77777777" w:rsidR="00C30209" w:rsidRPr="00C30209" w:rsidRDefault="00C30209" w:rsidP="00C30209">
            <w:r w:rsidRPr="00C30209">
              <w:rPr>
                <w:lang w:eastAsia="ja-JP"/>
              </w:rPr>
              <w:t>郵便番号</w:t>
            </w:r>
            <w:r w:rsidRPr="00C30209">
              <w:rPr>
                <w:rFonts w:hint="eastAsia"/>
                <w:lang w:eastAsia="ja-JP"/>
              </w:rPr>
              <w:t>（必須）</w:t>
            </w:r>
          </w:p>
        </w:tc>
        <w:tc>
          <w:tcPr>
            <w:tcW w:w="7654" w:type="dxa"/>
          </w:tcPr>
          <w:p w14:paraId="3BE2A9E5" w14:textId="77777777" w:rsidR="00C30209" w:rsidRPr="00C30209" w:rsidRDefault="00C30209" w:rsidP="00C30209"/>
        </w:tc>
      </w:tr>
      <w:tr w:rsidR="00C30209" w:rsidRPr="00C30209" w14:paraId="2876F61E" w14:textId="77777777" w:rsidTr="00F95E7F">
        <w:trPr>
          <w:trHeight w:val="699"/>
        </w:trPr>
        <w:tc>
          <w:tcPr>
            <w:tcW w:w="2660" w:type="dxa"/>
          </w:tcPr>
          <w:p w14:paraId="6C76E9C9" w14:textId="77777777" w:rsidR="00C30209" w:rsidRPr="00C30209" w:rsidRDefault="00C30209" w:rsidP="00C30209">
            <w:r w:rsidRPr="00C30209">
              <w:rPr>
                <w:lang w:eastAsia="ja-JP"/>
              </w:rPr>
              <w:t>ご</w:t>
            </w:r>
            <w:proofErr w:type="spellStart"/>
            <w:r w:rsidRPr="00C30209">
              <w:t>住所（必須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28F3B517" w14:textId="77777777" w:rsidR="00C30209" w:rsidRPr="00C30209" w:rsidRDefault="00C30209" w:rsidP="00C30209"/>
        </w:tc>
      </w:tr>
      <w:tr w:rsidR="00C30209" w:rsidRPr="00C30209" w14:paraId="63350F33" w14:textId="77777777" w:rsidTr="00F95E7F">
        <w:trPr>
          <w:trHeight w:val="553"/>
        </w:trPr>
        <w:tc>
          <w:tcPr>
            <w:tcW w:w="2660" w:type="dxa"/>
          </w:tcPr>
          <w:p w14:paraId="76CCB0AA" w14:textId="77777777" w:rsidR="00C30209" w:rsidRPr="00C30209" w:rsidRDefault="00C30209" w:rsidP="00C30209">
            <w:proofErr w:type="spellStart"/>
            <w:r w:rsidRPr="00C30209">
              <w:t>電話番号（必須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25A26CCF" w14:textId="77777777" w:rsidR="00C30209" w:rsidRPr="00C30209" w:rsidRDefault="00C30209" w:rsidP="00C30209"/>
        </w:tc>
      </w:tr>
      <w:tr w:rsidR="00C30209" w:rsidRPr="00C30209" w14:paraId="7B7B12C1" w14:textId="77777777" w:rsidTr="00F95E7F">
        <w:trPr>
          <w:trHeight w:val="561"/>
        </w:trPr>
        <w:tc>
          <w:tcPr>
            <w:tcW w:w="2660" w:type="dxa"/>
          </w:tcPr>
          <w:p w14:paraId="0594F4BE" w14:textId="77777777" w:rsidR="00C30209" w:rsidRPr="00C30209" w:rsidRDefault="00C30209" w:rsidP="00C30209">
            <w:proofErr w:type="spellStart"/>
            <w:r w:rsidRPr="00C30209">
              <w:t>お名前（必須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3E7DCF00" w14:textId="77777777" w:rsidR="00C30209" w:rsidRPr="00C30209" w:rsidRDefault="00C30209" w:rsidP="00C30209"/>
        </w:tc>
      </w:tr>
      <w:tr w:rsidR="00C30209" w:rsidRPr="00C30209" w14:paraId="0F6113B1" w14:textId="77777777" w:rsidTr="00F95E7F">
        <w:trPr>
          <w:trHeight w:val="698"/>
        </w:trPr>
        <w:tc>
          <w:tcPr>
            <w:tcW w:w="2660" w:type="dxa"/>
          </w:tcPr>
          <w:p w14:paraId="3B8B7B90" w14:textId="77777777" w:rsidR="00C30209" w:rsidRPr="00C30209" w:rsidRDefault="00C30209" w:rsidP="00C30209">
            <w:r w:rsidRPr="00C30209">
              <w:rPr>
                <w:lang w:eastAsia="ja-JP"/>
              </w:rPr>
              <w:t>ご</w:t>
            </w:r>
            <w:proofErr w:type="spellStart"/>
            <w:r w:rsidRPr="00C30209">
              <w:t>希望の商品</w:t>
            </w:r>
            <w:proofErr w:type="spellEnd"/>
          </w:p>
        </w:tc>
        <w:tc>
          <w:tcPr>
            <w:tcW w:w="7654" w:type="dxa"/>
          </w:tcPr>
          <w:p w14:paraId="71100A1E" w14:textId="77777777" w:rsidR="00C30209" w:rsidRPr="00C30209" w:rsidRDefault="00C30209" w:rsidP="00C30209"/>
        </w:tc>
      </w:tr>
      <w:tr w:rsidR="00C30209" w:rsidRPr="00C30209" w14:paraId="37011CD0" w14:textId="77777777" w:rsidTr="00F95E7F">
        <w:trPr>
          <w:trHeight w:val="571"/>
        </w:trPr>
        <w:tc>
          <w:tcPr>
            <w:tcW w:w="2660" w:type="dxa"/>
          </w:tcPr>
          <w:p w14:paraId="1A3D2B45" w14:textId="77777777" w:rsidR="00C30209" w:rsidRPr="00C30209" w:rsidRDefault="00C30209" w:rsidP="00C30209">
            <w:proofErr w:type="spellStart"/>
            <w:r w:rsidRPr="00C30209">
              <w:t>お届け希望時期</w:t>
            </w:r>
            <w:proofErr w:type="spellEnd"/>
          </w:p>
        </w:tc>
        <w:tc>
          <w:tcPr>
            <w:tcW w:w="7654" w:type="dxa"/>
          </w:tcPr>
          <w:p w14:paraId="37B1B1DC" w14:textId="77777777" w:rsidR="00C30209" w:rsidRPr="00C30209" w:rsidRDefault="00C30209" w:rsidP="00C30209"/>
        </w:tc>
      </w:tr>
      <w:tr w:rsidR="00C30209" w:rsidRPr="00C30209" w14:paraId="5129014D" w14:textId="77777777" w:rsidTr="00F95E7F">
        <w:tc>
          <w:tcPr>
            <w:tcW w:w="2660" w:type="dxa"/>
          </w:tcPr>
          <w:p w14:paraId="40BB33E0" w14:textId="77777777" w:rsidR="00C30209" w:rsidRPr="00C30209" w:rsidRDefault="00C30209" w:rsidP="00C30209">
            <w:pPr>
              <w:rPr>
                <w:lang w:eastAsia="ja-JP"/>
              </w:rPr>
            </w:pPr>
            <w:r w:rsidRPr="00C30209">
              <w:rPr>
                <w:lang w:eastAsia="ja-JP"/>
              </w:rPr>
              <w:t>配達希望時間（いずれかに</w:t>
            </w:r>
            <w:r w:rsidRPr="00C30209">
              <w:rPr>
                <w:lang w:eastAsia="ja-JP"/>
              </w:rPr>
              <w:t>○</w:t>
            </w:r>
            <w:r w:rsidRPr="00C30209">
              <w:rPr>
                <w:lang w:eastAsia="ja-JP"/>
              </w:rPr>
              <w:t>）</w:t>
            </w:r>
          </w:p>
        </w:tc>
        <w:tc>
          <w:tcPr>
            <w:tcW w:w="7654" w:type="dxa"/>
          </w:tcPr>
          <w:p w14:paraId="68C1E9D2" w14:textId="77777777" w:rsidR="00C30209" w:rsidRPr="00C30209" w:rsidRDefault="00C30209" w:rsidP="00C30209">
            <w:pPr>
              <w:rPr>
                <w:lang w:eastAsia="ja-JP"/>
              </w:rPr>
            </w:pPr>
            <w:proofErr w:type="spellStart"/>
            <w:r w:rsidRPr="00C30209">
              <w:t>午前</w:t>
            </w:r>
            <w:proofErr w:type="spellEnd"/>
            <w:r w:rsidRPr="00C30209">
              <w:rPr>
                <w:lang w:eastAsia="ja-JP"/>
              </w:rPr>
              <w:t xml:space="preserve">　</w:t>
            </w:r>
            <w:r w:rsidRPr="00C30209">
              <w:rPr>
                <w:rFonts w:hint="eastAsia"/>
                <w:lang w:eastAsia="ja-JP"/>
              </w:rPr>
              <w:t xml:space="preserve">　　</w:t>
            </w:r>
            <w:r w:rsidRPr="00C30209">
              <w:t xml:space="preserve">　</w:t>
            </w:r>
            <w:r w:rsidRPr="00C30209">
              <w:t>14–16</w:t>
            </w:r>
            <w:r w:rsidRPr="00C30209">
              <w:t>時</w:t>
            </w:r>
            <w:r w:rsidRPr="00C30209">
              <w:rPr>
                <w:lang w:eastAsia="ja-JP"/>
              </w:rPr>
              <w:t xml:space="preserve">　　　</w:t>
            </w:r>
            <w:r w:rsidRPr="00C30209">
              <w:t xml:space="preserve">　</w:t>
            </w:r>
            <w:r w:rsidRPr="00C30209">
              <w:t>16–18</w:t>
            </w:r>
            <w:r w:rsidRPr="00C30209">
              <w:t>時</w:t>
            </w:r>
            <w:r w:rsidRPr="00C30209">
              <w:rPr>
                <w:lang w:eastAsia="ja-JP"/>
              </w:rPr>
              <w:t xml:space="preserve">　　</w:t>
            </w:r>
            <w:r w:rsidRPr="00C30209">
              <w:t xml:space="preserve">　</w:t>
            </w:r>
            <w:r w:rsidRPr="00C30209">
              <w:t>18–20</w:t>
            </w:r>
            <w:r w:rsidRPr="00C30209">
              <w:t>時</w:t>
            </w:r>
          </w:p>
          <w:p w14:paraId="72340822" w14:textId="77777777" w:rsidR="00C30209" w:rsidRPr="00C30209" w:rsidRDefault="00C30209" w:rsidP="00C30209">
            <w:pPr>
              <w:rPr>
                <w:lang w:eastAsia="ja-JP"/>
              </w:rPr>
            </w:pPr>
            <w:r w:rsidRPr="00C30209">
              <w:rPr>
                <w:rFonts w:ascii="MS Mincho" w:eastAsia="MS Mincho" w:hAnsi="MS Mincho" w:cs="MS Mincho" w:hint="eastAsia"/>
                <w:lang w:eastAsia="ja-JP"/>
              </w:rPr>
              <w:t>※</w:t>
            </w:r>
            <w:r w:rsidRPr="00C30209">
              <w:rPr>
                <w:lang w:eastAsia="ja-JP"/>
              </w:rPr>
              <w:t>配送はヤマト運輸</w:t>
            </w:r>
          </w:p>
        </w:tc>
      </w:tr>
    </w:tbl>
    <w:p w14:paraId="026EFF83" w14:textId="1D62E10C" w:rsidR="00C30209" w:rsidRPr="00C30209" w:rsidRDefault="00C30209" w:rsidP="00C30209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</w:rPr>
      </w:pPr>
      <w:r w:rsidRPr="00C30209">
        <w:rPr>
          <w:rFonts w:ascii="Courier New" w:eastAsiaTheme="majorEastAsia" w:hAnsi="Courier New" w:cs="Courier New"/>
          <w:b/>
          <w:bCs/>
          <w:color w:val="000000" w:themeColor="text1"/>
          <w:sz w:val="26"/>
          <w:szCs w:val="26"/>
        </w:rPr>
        <w:t>■</w:t>
      </w:r>
      <w:r w:rsidRPr="00C30209"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C30209"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</w:rPr>
        <w:t>お届け先情報</w:t>
      </w:r>
      <w:proofErr w:type="spellEnd"/>
    </w:p>
    <w:tbl>
      <w:tblPr>
        <w:tblStyle w:val="TableGrid"/>
        <w:tblpPr w:leftFromText="142" w:rightFromText="142" w:vertAnchor="text" w:horzAnchor="margin" w:tblpY="4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654"/>
      </w:tblGrid>
      <w:tr w:rsidR="00C30209" w:rsidRPr="00C30209" w14:paraId="5A0DAF4B" w14:textId="77777777" w:rsidTr="00F95E7F">
        <w:trPr>
          <w:trHeight w:val="416"/>
        </w:trPr>
        <w:tc>
          <w:tcPr>
            <w:tcW w:w="2660" w:type="dxa"/>
          </w:tcPr>
          <w:p w14:paraId="774CE841" w14:textId="77777777" w:rsidR="00C30209" w:rsidRPr="00C30209" w:rsidRDefault="00C30209" w:rsidP="00C30209">
            <w:r w:rsidRPr="00C30209">
              <w:rPr>
                <w:lang w:eastAsia="ja-JP"/>
              </w:rPr>
              <w:t>郵便番号</w:t>
            </w:r>
            <w:r w:rsidRPr="00C30209">
              <w:rPr>
                <w:rFonts w:hint="eastAsia"/>
                <w:lang w:eastAsia="ja-JP"/>
              </w:rPr>
              <w:t>（必須）</w:t>
            </w:r>
          </w:p>
        </w:tc>
        <w:tc>
          <w:tcPr>
            <w:tcW w:w="7654" w:type="dxa"/>
          </w:tcPr>
          <w:p w14:paraId="5C76F123" w14:textId="77777777" w:rsidR="00C30209" w:rsidRPr="00C30209" w:rsidRDefault="00C30209" w:rsidP="00C30209"/>
        </w:tc>
      </w:tr>
      <w:tr w:rsidR="00C30209" w:rsidRPr="00C30209" w14:paraId="0A9321BD" w14:textId="77777777" w:rsidTr="00F95E7F">
        <w:trPr>
          <w:trHeight w:val="699"/>
        </w:trPr>
        <w:tc>
          <w:tcPr>
            <w:tcW w:w="2660" w:type="dxa"/>
          </w:tcPr>
          <w:p w14:paraId="5A0AB972" w14:textId="77777777" w:rsidR="00C30209" w:rsidRPr="00C30209" w:rsidRDefault="00C30209" w:rsidP="00C30209">
            <w:r w:rsidRPr="00C30209">
              <w:rPr>
                <w:lang w:eastAsia="ja-JP"/>
              </w:rPr>
              <w:t>ご</w:t>
            </w:r>
            <w:proofErr w:type="spellStart"/>
            <w:r w:rsidRPr="00C30209">
              <w:t>住所（必須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68792526" w14:textId="77777777" w:rsidR="00C30209" w:rsidRPr="00C30209" w:rsidRDefault="00C30209" w:rsidP="00C30209"/>
        </w:tc>
      </w:tr>
      <w:tr w:rsidR="00C30209" w:rsidRPr="00C30209" w14:paraId="38FB2731" w14:textId="77777777" w:rsidTr="00F95E7F">
        <w:trPr>
          <w:trHeight w:val="553"/>
        </w:trPr>
        <w:tc>
          <w:tcPr>
            <w:tcW w:w="2660" w:type="dxa"/>
          </w:tcPr>
          <w:p w14:paraId="4981F799" w14:textId="77777777" w:rsidR="00C30209" w:rsidRPr="00C30209" w:rsidRDefault="00C30209" w:rsidP="00C30209">
            <w:proofErr w:type="spellStart"/>
            <w:r w:rsidRPr="00C30209">
              <w:t>電話番号（必須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1A047B4E" w14:textId="77777777" w:rsidR="00C30209" w:rsidRPr="00C30209" w:rsidRDefault="00C30209" w:rsidP="00C30209"/>
        </w:tc>
      </w:tr>
      <w:tr w:rsidR="00C30209" w:rsidRPr="00C30209" w14:paraId="5C4C50D0" w14:textId="77777777" w:rsidTr="00F95E7F">
        <w:trPr>
          <w:trHeight w:val="561"/>
        </w:trPr>
        <w:tc>
          <w:tcPr>
            <w:tcW w:w="2660" w:type="dxa"/>
          </w:tcPr>
          <w:p w14:paraId="161B6410" w14:textId="77777777" w:rsidR="00C30209" w:rsidRPr="00C30209" w:rsidRDefault="00C30209" w:rsidP="00C30209">
            <w:proofErr w:type="spellStart"/>
            <w:r w:rsidRPr="00C30209">
              <w:t>お名前（必須</w:t>
            </w:r>
            <w:proofErr w:type="spellEnd"/>
            <w:r w:rsidRPr="00C30209">
              <w:t>）</w:t>
            </w:r>
          </w:p>
        </w:tc>
        <w:tc>
          <w:tcPr>
            <w:tcW w:w="7654" w:type="dxa"/>
          </w:tcPr>
          <w:p w14:paraId="33DA6473" w14:textId="77777777" w:rsidR="00C30209" w:rsidRPr="00C30209" w:rsidRDefault="00C30209" w:rsidP="00C30209"/>
        </w:tc>
      </w:tr>
      <w:tr w:rsidR="00C30209" w:rsidRPr="00C30209" w14:paraId="07BD08B9" w14:textId="77777777" w:rsidTr="00F95E7F">
        <w:trPr>
          <w:trHeight w:val="698"/>
        </w:trPr>
        <w:tc>
          <w:tcPr>
            <w:tcW w:w="2660" w:type="dxa"/>
          </w:tcPr>
          <w:p w14:paraId="76C52EE0" w14:textId="77777777" w:rsidR="00C30209" w:rsidRPr="00C30209" w:rsidRDefault="00C30209" w:rsidP="00C30209">
            <w:r w:rsidRPr="00C30209">
              <w:rPr>
                <w:lang w:eastAsia="ja-JP"/>
              </w:rPr>
              <w:t>ご</w:t>
            </w:r>
            <w:proofErr w:type="spellStart"/>
            <w:r w:rsidRPr="00C30209">
              <w:t>希望の商品</w:t>
            </w:r>
            <w:proofErr w:type="spellEnd"/>
          </w:p>
        </w:tc>
        <w:tc>
          <w:tcPr>
            <w:tcW w:w="7654" w:type="dxa"/>
          </w:tcPr>
          <w:p w14:paraId="05A4361F" w14:textId="77777777" w:rsidR="00C30209" w:rsidRPr="00C30209" w:rsidRDefault="00C30209" w:rsidP="00C30209"/>
        </w:tc>
      </w:tr>
      <w:tr w:rsidR="00C30209" w:rsidRPr="00C30209" w14:paraId="6EF3E607" w14:textId="77777777" w:rsidTr="00F95E7F">
        <w:trPr>
          <w:trHeight w:val="560"/>
        </w:trPr>
        <w:tc>
          <w:tcPr>
            <w:tcW w:w="2660" w:type="dxa"/>
          </w:tcPr>
          <w:p w14:paraId="7A04634A" w14:textId="77777777" w:rsidR="00C30209" w:rsidRPr="00C30209" w:rsidRDefault="00C30209" w:rsidP="00C30209">
            <w:proofErr w:type="spellStart"/>
            <w:r w:rsidRPr="00C30209">
              <w:t>お届け希望時期</w:t>
            </w:r>
            <w:proofErr w:type="spellEnd"/>
          </w:p>
        </w:tc>
        <w:tc>
          <w:tcPr>
            <w:tcW w:w="7654" w:type="dxa"/>
          </w:tcPr>
          <w:p w14:paraId="15621608" w14:textId="77777777" w:rsidR="00C30209" w:rsidRPr="00C30209" w:rsidRDefault="00C30209" w:rsidP="00C30209"/>
        </w:tc>
      </w:tr>
      <w:tr w:rsidR="00C30209" w:rsidRPr="00C30209" w14:paraId="5567B2D3" w14:textId="77777777" w:rsidTr="00F95E7F">
        <w:tc>
          <w:tcPr>
            <w:tcW w:w="2660" w:type="dxa"/>
          </w:tcPr>
          <w:p w14:paraId="1DCC926E" w14:textId="77777777" w:rsidR="00C30209" w:rsidRPr="00C30209" w:rsidRDefault="00C30209" w:rsidP="00C30209">
            <w:pPr>
              <w:rPr>
                <w:lang w:eastAsia="ja-JP"/>
              </w:rPr>
            </w:pPr>
            <w:r w:rsidRPr="00C30209">
              <w:rPr>
                <w:lang w:eastAsia="ja-JP"/>
              </w:rPr>
              <w:t>配達希望時間（いずれかに</w:t>
            </w:r>
            <w:r w:rsidRPr="00C30209">
              <w:rPr>
                <w:lang w:eastAsia="ja-JP"/>
              </w:rPr>
              <w:t>○</w:t>
            </w:r>
            <w:r w:rsidRPr="00C30209">
              <w:rPr>
                <w:lang w:eastAsia="ja-JP"/>
              </w:rPr>
              <w:t>）</w:t>
            </w:r>
          </w:p>
        </w:tc>
        <w:tc>
          <w:tcPr>
            <w:tcW w:w="7654" w:type="dxa"/>
          </w:tcPr>
          <w:p w14:paraId="4C1A516A" w14:textId="77777777" w:rsidR="00C30209" w:rsidRPr="00C30209" w:rsidRDefault="00C30209" w:rsidP="00C30209">
            <w:pPr>
              <w:rPr>
                <w:lang w:eastAsia="ja-JP"/>
              </w:rPr>
            </w:pPr>
            <w:proofErr w:type="spellStart"/>
            <w:r w:rsidRPr="00C30209">
              <w:t>午前</w:t>
            </w:r>
            <w:proofErr w:type="spellEnd"/>
            <w:r w:rsidRPr="00C30209">
              <w:rPr>
                <w:lang w:eastAsia="ja-JP"/>
              </w:rPr>
              <w:t xml:space="preserve">　</w:t>
            </w:r>
            <w:r w:rsidRPr="00C30209">
              <w:rPr>
                <w:rFonts w:hint="eastAsia"/>
                <w:lang w:eastAsia="ja-JP"/>
              </w:rPr>
              <w:t xml:space="preserve">　　</w:t>
            </w:r>
            <w:r w:rsidRPr="00C30209">
              <w:t xml:space="preserve">　</w:t>
            </w:r>
            <w:r w:rsidRPr="00C30209">
              <w:t>14–16</w:t>
            </w:r>
            <w:r w:rsidRPr="00C30209">
              <w:t>時</w:t>
            </w:r>
            <w:r w:rsidRPr="00C30209">
              <w:rPr>
                <w:lang w:eastAsia="ja-JP"/>
              </w:rPr>
              <w:t xml:space="preserve">　　　</w:t>
            </w:r>
            <w:r w:rsidRPr="00C30209">
              <w:t xml:space="preserve">　</w:t>
            </w:r>
            <w:r w:rsidRPr="00C30209">
              <w:t>16–18</w:t>
            </w:r>
            <w:r w:rsidRPr="00C30209">
              <w:t>時</w:t>
            </w:r>
            <w:r w:rsidRPr="00C30209">
              <w:rPr>
                <w:lang w:eastAsia="ja-JP"/>
              </w:rPr>
              <w:t xml:space="preserve">　　</w:t>
            </w:r>
            <w:r w:rsidRPr="00C30209">
              <w:t xml:space="preserve">　</w:t>
            </w:r>
            <w:r w:rsidRPr="00C30209">
              <w:t>18–20</w:t>
            </w:r>
            <w:r w:rsidRPr="00C30209">
              <w:t>時</w:t>
            </w:r>
          </w:p>
          <w:p w14:paraId="28B225FA" w14:textId="77777777" w:rsidR="00C30209" w:rsidRPr="00C30209" w:rsidRDefault="00C30209" w:rsidP="00C30209">
            <w:pPr>
              <w:rPr>
                <w:lang w:eastAsia="ja-JP"/>
              </w:rPr>
            </w:pPr>
            <w:r w:rsidRPr="00C30209">
              <w:rPr>
                <w:rFonts w:ascii="MS Mincho" w:eastAsia="MS Mincho" w:hAnsi="MS Mincho" w:cs="MS Mincho" w:hint="eastAsia"/>
                <w:lang w:eastAsia="ja-JP"/>
              </w:rPr>
              <w:t>※</w:t>
            </w:r>
            <w:r w:rsidRPr="00C30209">
              <w:rPr>
                <w:lang w:eastAsia="ja-JP"/>
              </w:rPr>
              <w:t>配送はヤマト運輸</w:t>
            </w:r>
          </w:p>
        </w:tc>
      </w:tr>
    </w:tbl>
    <w:p w14:paraId="4A902C80" w14:textId="06441BAD" w:rsidR="00315E1B" w:rsidRDefault="00315E1B">
      <w:pPr>
        <w:rPr>
          <w:lang w:eastAsia="ja-JP"/>
        </w:rPr>
      </w:pPr>
    </w:p>
    <w:p w14:paraId="1AA58F4A" w14:textId="77777777" w:rsidR="008C024B" w:rsidRDefault="008C024B">
      <w:pPr>
        <w:rPr>
          <w:lang w:eastAsia="ja-JP"/>
        </w:rPr>
      </w:pPr>
    </w:p>
    <w:p w14:paraId="3F876DCE" w14:textId="45DDF0E2" w:rsidR="00B55F93" w:rsidRPr="00B55F93" w:rsidRDefault="00B55F93" w:rsidP="00361DFB">
      <w:pPr>
        <w:keepNext/>
        <w:keepLines/>
        <w:spacing w:before="200" w:after="0"/>
        <w:outlineLvl w:val="1"/>
        <w:rPr>
          <w:rFonts w:ascii="Courier New" w:eastAsiaTheme="majorEastAsia" w:hAnsi="Courier New" w:cs="Courier New"/>
          <w:b/>
          <w:bCs/>
          <w:color w:val="000000" w:themeColor="text1"/>
          <w:sz w:val="32"/>
          <w:szCs w:val="32"/>
          <w:lang w:eastAsia="ja-JP"/>
        </w:rPr>
      </w:pPr>
      <w:r w:rsidRPr="00B55F93">
        <w:rPr>
          <w:rFonts w:ascii="Courier New" w:eastAsiaTheme="majorEastAsia" w:hAnsi="Courier New" w:cs="Courier New" w:hint="eastAsia"/>
          <w:b/>
          <w:bCs/>
          <w:color w:val="000000" w:themeColor="text1"/>
          <w:sz w:val="32"/>
          <w:szCs w:val="32"/>
          <w:lang w:eastAsia="ja-JP"/>
        </w:rPr>
        <w:t>【</w:t>
      </w:r>
      <w:r w:rsidR="00182A6A">
        <w:rPr>
          <w:rFonts w:ascii="Courier New" w:eastAsiaTheme="majorEastAsia" w:hAnsi="Courier New" w:cs="Courier New" w:hint="eastAsia"/>
          <w:b/>
          <w:bCs/>
          <w:color w:val="000000" w:themeColor="text1"/>
          <w:sz w:val="32"/>
          <w:szCs w:val="32"/>
          <w:lang w:eastAsia="ja-JP"/>
        </w:rPr>
        <w:t>FAX</w:t>
      </w:r>
      <w:r w:rsidR="00182A6A">
        <w:rPr>
          <w:rFonts w:ascii="Courier New" w:eastAsiaTheme="majorEastAsia" w:hAnsi="Courier New" w:cs="Courier New" w:hint="eastAsia"/>
          <w:b/>
          <w:bCs/>
          <w:color w:val="000000" w:themeColor="text1"/>
          <w:sz w:val="32"/>
          <w:szCs w:val="32"/>
          <w:lang w:eastAsia="ja-JP"/>
        </w:rPr>
        <w:t>の場合、</w:t>
      </w:r>
      <w:r w:rsidRPr="00B55F93">
        <w:rPr>
          <w:rFonts w:ascii="Courier New" w:eastAsiaTheme="majorEastAsia" w:hAnsi="Courier New" w:cs="Courier New" w:hint="eastAsia"/>
          <w:b/>
          <w:bCs/>
          <w:color w:val="000000" w:themeColor="text1"/>
          <w:sz w:val="32"/>
          <w:szCs w:val="32"/>
          <w:lang w:eastAsia="ja-JP"/>
        </w:rPr>
        <w:t>この用紙はお送りいただかなくても結構です】</w:t>
      </w:r>
    </w:p>
    <w:p w14:paraId="5D816B23" w14:textId="342A5C76" w:rsidR="00361DFB" w:rsidRPr="00C30209" w:rsidRDefault="00361DFB" w:rsidP="00361DFB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  <w:lang w:eastAsia="ja-JP"/>
        </w:rPr>
      </w:pPr>
      <w:r w:rsidRPr="00C30209">
        <w:rPr>
          <w:rFonts w:ascii="Courier New" w:eastAsiaTheme="majorEastAsia" w:hAnsi="Courier New" w:cs="Courier New"/>
          <w:b/>
          <w:bCs/>
          <w:color w:val="000000" w:themeColor="text1"/>
          <w:sz w:val="26"/>
          <w:szCs w:val="26"/>
          <w:lang w:eastAsia="ja-JP"/>
        </w:rPr>
        <w:t>■</w:t>
      </w:r>
      <w:r w:rsidRPr="00C30209"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  <w:lang w:eastAsia="ja-JP"/>
        </w:rPr>
        <w:t xml:space="preserve"> </w:t>
      </w:r>
      <w:r w:rsidRPr="00C30209">
        <w:rPr>
          <w:rFonts w:asciiTheme="majorHAnsi" w:eastAsiaTheme="majorEastAsia" w:hAnsiTheme="majorHAnsi" w:cstheme="majorBidi"/>
          <w:b/>
          <w:bCs/>
          <w:color w:val="000000" w:themeColor="text1"/>
          <w:sz w:val="26"/>
          <w:szCs w:val="26"/>
          <w:lang w:eastAsia="ja-JP"/>
        </w:rPr>
        <w:t>商品一覧</w:t>
      </w:r>
      <w:r w:rsidR="00182A6A">
        <w:rPr>
          <w:rFonts w:asciiTheme="majorHAnsi" w:eastAsiaTheme="majorEastAsia" w:hAnsiTheme="majorHAnsi" w:cstheme="majorBidi" w:hint="eastAsia"/>
          <w:b/>
          <w:bCs/>
          <w:color w:val="000000" w:themeColor="text1"/>
          <w:sz w:val="26"/>
          <w:szCs w:val="26"/>
          <w:lang w:eastAsia="ja-JP"/>
        </w:rPr>
        <w:t>（送料は別料金です）</w:t>
      </w:r>
    </w:p>
    <w:p w14:paraId="0932DA7D" w14:textId="4BEF89B6" w:rsidR="24BF8E2E" w:rsidRDefault="004E32A2" w:rsidP="31C6E468">
      <w:pPr>
        <w:rPr>
          <w:sz w:val="24"/>
          <w:szCs w:val="24"/>
          <w:u w:val="single"/>
          <w:lang w:eastAsia="ja-JP"/>
        </w:rPr>
      </w:pPr>
      <w:r w:rsidRPr="004E32A2">
        <w:rPr>
          <w:rFonts w:ascii="AR Pゴシック体M" w:eastAsia="AR Pゴシック体M" w:hAnsi="AR Pゴシック体M" w:hint="eastAsia"/>
          <w:b/>
          <w:sz w:val="28"/>
          <w:szCs w:val="28"/>
          <w:u w:val="single"/>
          <w:lang w:eastAsia="ja-JP"/>
        </w:rPr>
        <w:t>▲</w:t>
      </w:r>
      <w:r w:rsidR="24BF8E2E" w:rsidRPr="2FD488D0">
        <w:rPr>
          <w:b/>
          <w:sz w:val="28"/>
          <w:szCs w:val="28"/>
          <w:u w:val="single"/>
          <w:lang w:eastAsia="ja-JP"/>
        </w:rPr>
        <w:t>印の商品は、今季販売</w:t>
      </w:r>
      <w:r w:rsidR="01B02E2C" w:rsidRPr="2FD488D0">
        <w:rPr>
          <w:b/>
          <w:sz w:val="28"/>
          <w:szCs w:val="28"/>
          <w:u w:val="single"/>
          <w:lang w:eastAsia="ja-JP"/>
        </w:rPr>
        <w:t>未定の商品です</w:t>
      </w:r>
      <w:r w:rsidR="24BF8E2E" w:rsidRPr="2FD488D0">
        <w:rPr>
          <w:b/>
          <w:sz w:val="28"/>
          <w:szCs w:val="28"/>
          <w:u w:val="single"/>
          <w:lang w:eastAsia="ja-JP"/>
        </w:rPr>
        <w:t>。</w:t>
      </w:r>
    </w:p>
    <w:tbl>
      <w:tblPr>
        <w:tblStyle w:val="TableGrid"/>
        <w:tblW w:w="1071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1"/>
        <w:gridCol w:w="2043"/>
        <w:gridCol w:w="1800"/>
        <w:gridCol w:w="1965"/>
        <w:gridCol w:w="1440"/>
        <w:gridCol w:w="826"/>
        <w:gridCol w:w="1252"/>
      </w:tblGrid>
      <w:tr w:rsidR="00361DFB" w:rsidRPr="00C30209" w14:paraId="4F08711B" w14:textId="77777777" w:rsidTr="00F95E7F">
        <w:tc>
          <w:tcPr>
            <w:tcW w:w="1391" w:type="dxa"/>
          </w:tcPr>
          <w:p w14:paraId="17362276" w14:textId="754B27BF" w:rsidR="00361DFB" w:rsidRPr="00C30209" w:rsidRDefault="00361DFB" w:rsidP="2CC2AAB2">
            <w:pPr>
              <w:jc w:val="center"/>
              <w:rPr>
                <w:b/>
                <w:lang w:eastAsia="ja-JP"/>
              </w:rPr>
            </w:pPr>
            <w:r w:rsidRPr="3728B4EC">
              <w:rPr>
                <w:rFonts w:hint="eastAsia"/>
                <w:b/>
                <w:lang w:eastAsia="ja-JP"/>
              </w:rPr>
              <w:t>商品</w:t>
            </w:r>
          </w:p>
          <w:p w14:paraId="48F803EB" w14:textId="3DD6BE1B" w:rsidR="00361DFB" w:rsidRPr="00C30209" w:rsidRDefault="00361DFB" w:rsidP="00CA5BA7">
            <w:pPr>
              <w:jc w:val="center"/>
              <w:rPr>
                <w:b/>
                <w:lang w:eastAsia="ja-JP"/>
              </w:rPr>
            </w:pPr>
            <w:r w:rsidRPr="3728B4EC">
              <w:rPr>
                <w:rFonts w:hint="eastAsia"/>
                <w:b/>
                <w:lang w:eastAsia="ja-JP"/>
              </w:rPr>
              <w:t>コード</w:t>
            </w:r>
          </w:p>
        </w:tc>
        <w:tc>
          <w:tcPr>
            <w:tcW w:w="2043" w:type="dxa"/>
          </w:tcPr>
          <w:p w14:paraId="6DBB1EEB" w14:textId="77777777" w:rsidR="00361DFB" w:rsidRPr="00C30209" w:rsidRDefault="00361DFB" w:rsidP="00CA5BA7">
            <w:pPr>
              <w:jc w:val="center"/>
              <w:rPr>
                <w:b/>
                <w:lang w:eastAsia="ja-JP"/>
              </w:rPr>
            </w:pPr>
            <w:r w:rsidRPr="3728B4EC">
              <w:rPr>
                <w:rFonts w:hint="eastAsia"/>
                <w:b/>
                <w:lang w:eastAsia="ja-JP"/>
              </w:rPr>
              <w:t>品種</w:t>
            </w:r>
          </w:p>
        </w:tc>
        <w:tc>
          <w:tcPr>
            <w:tcW w:w="1800" w:type="dxa"/>
          </w:tcPr>
          <w:p w14:paraId="3E9E0153" w14:textId="77777777" w:rsidR="00361DFB" w:rsidRPr="00C30209" w:rsidRDefault="00361DFB" w:rsidP="00CA5BA7">
            <w:pPr>
              <w:jc w:val="center"/>
              <w:rPr>
                <w:b/>
                <w:lang w:eastAsia="ja-JP"/>
              </w:rPr>
            </w:pPr>
            <w:r w:rsidRPr="3728B4EC">
              <w:rPr>
                <w:rFonts w:hint="eastAsia"/>
                <w:b/>
                <w:lang w:eastAsia="ja-JP"/>
              </w:rPr>
              <w:t>サイズ</w:t>
            </w:r>
          </w:p>
        </w:tc>
        <w:tc>
          <w:tcPr>
            <w:tcW w:w="1965" w:type="dxa"/>
          </w:tcPr>
          <w:p w14:paraId="4EA5B2FB" w14:textId="77777777" w:rsidR="00361DFB" w:rsidRPr="00C30209" w:rsidRDefault="00361DFB" w:rsidP="00CA5BA7">
            <w:pPr>
              <w:jc w:val="center"/>
              <w:rPr>
                <w:b/>
                <w:lang w:eastAsia="ja-JP"/>
              </w:rPr>
            </w:pPr>
            <w:r w:rsidRPr="3728B4EC">
              <w:rPr>
                <w:rFonts w:hint="eastAsia"/>
                <w:b/>
                <w:lang w:eastAsia="ja-JP"/>
              </w:rPr>
              <w:t>容量</w:t>
            </w:r>
          </w:p>
        </w:tc>
        <w:tc>
          <w:tcPr>
            <w:tcW w:w="1440" w:type="dxa"/>
          </w:tcPr>
          <w:p w14:paraId="0C614909" w14:textId="466C9D29" w:rsidR="00361DFB" w:rsidRPr="00C30209" w:rsidRDefault="00361DFB" w:rsidP="2CC2AAB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3728B4EC">
              <w:rPr>
                <w:b/>
                <w:sz w:val="20"/>
                <w:szCs w:val="20"/>
              </w:rPr>
              <w:t>金額</w:t>
            </w:r>
            <w:proofErr w:type="spellEnd"/>
          </w:p>
          <w:p w14:paraId="45D01B41" w14:textId="5E7F3474" w:rsidR="00361DFB" w:rsidRPr="00C30209" w:rsidRDefault="00361DFB" w:rsidP="00CA5BA7">
            <w:pPr>
              <w:jc w:val="center"/>
              <w:rPr>
                <w:b/>
                <w:sz w:val="18"/>
                <w:szCs w:val="18"/>
              </w:rPr>
            </w:pPr>
            <w:r w:rsidRPr="3728B4EC">
              <w:rPr>
                <w:b/>
                <w:sz w:val="20"/>
                <w:szCs w:val="20"/>
              </w:rPr>
              <w:t>（</w:t>
            </w:r>
            <w:proofErr w:type="spellStart"/>
            <w:r w:rsidRPr="3728B4EC">
              <w:rPr>
                <w:b/>
                <w:sz w:val="20"/>
                <w:szCs w:val="20"/>
              </w:rPr>
              <w:t>税込</w:t>
            </w:r>
            <w:proofErr w:type="spellEnd"/>
            <w:r w:rsidRPr="3728B4EC">
              <w:rPr>
                <w:b/>
                <w:sz w:val="20"/>
                <w:szCs w:val="20"/>
              </w:rPr>
              <w:t>）</w:t>
            </w:r>
          </w:p>
        </w:tc>
        <w:tc>
          <w:tcPr>
            <w:tcW w:w="826" w:type="dxa"/>
          </w:tcPr>
          <w:p w14:paraId="5BB25ECF" w14:textId="77777777" w:rsidR="00361DFB" w:rsidRPr="00C30209" w:rsidRDefault="00361DFB" w:rsidP="00CA5BA7">
            <w:pPr>
              <w:jc w:val="center"/>
              <w:rPr>
                <w:b/>
              </w:rPr>
            </w:pPr>
            <w:proofErr w:type="spellStart"/>
            <w:r w:rsidRPr="3728B4EC">
              <w:rPr>
                <w:b/>
              </w:rPr>
              <w:t>数量</w:t>
            </w:r>
            <w:proofErr w:type="spellEnd"/>
          </w:p>
        </w:tc>
        <w:tc>
          <w:tcPr>
            <w:tcW w:w="1252" w:type="dxa"/>
          </w:tcPr>
          <w:p w14:paraId="64EC0F00" w14:textId="77777777" w:rsidR="00361DFB" w:rsidRPr="00C30209" w:rsidRDefault="00361DFB" w:rsidP="00CA5BA7">
            <w:pPr>
              <w:jc w:val="center"/>
              <w:rPr>
                <w:b/>
              </w:rPr>
            </w:pPr>
            <w:proofErr w:type="spellStart"/>
            <w:r w:rsidRPr="3728B4EC">
              <w:rPr>
                <w:b/>
              </w:rPr>
              <w:t>小計</w:t>
            </w:r>
            <w:proofErr w:type="spellEnd"/>
          </w:p>
        </w:tc>
      </w:tr>
      <w:tr w:rsidR="00361DFB" w:rsidRPr="00C30209" w14:paraId="30EAF239" w14:textId="77777777" w:rsidTr="00F95E7F">
        <w:tc>
          <w:tcPr>
            <w:tcW w:w="1391" w:type="dxa"/>
          </w:tcPr>
          <w:p w14:paraId="11E7E730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A</w:t>
            </w:r>
            <w:r>
              <w:rPr>
                <w:rFonts w:hint="eastAsia"/>
                <w:lang w:eastAsia="ja-JP"/>
              </w:rPr>
              <w:t>1-3kg</w:t>
            </w:r>
          </w:p>
        </w:tc>
        <w:tc>
          <w:tcPr>
            <w:tcW w:w="2043" w:type="dxa"/>
          </w:tcPr>
          <w:p w14:paraId="089CCFC4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02DB55F1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S</w:t>
            </w:r>
            <w:r>
              <w:rPr>
                <w:rFonts w:hint="eastAsia"/>
                <w:lang w:eastAsia="ja-JP"/>
              </w:rPr>
              <w:t>～２</w:t>
            </w:r>
            <w:r>
              <w:rPr>
                <w:rFonts w:hint="eastAsia"/>
                <w:lang w:eastAsia="ja-JP"/>
              </w:rPr>
              <w:t>S</w:t>
            </w:r>
          </w:p>
        </w:tc>
        <w:tc>
          <w:tcPr>
            <w:tcW w:w="1965" w:type="dxa"/>
          </w:tcPr>
          <w:p w14:paraId="337CB9D2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３ｋｇ</w:t>
            </w:r>
          </w:p>
        </w:tc>
        <w:tc>
          <w:tcPr>
            <w:tcW w:w="1440" w:type="dxa"/>
          </w:tcPr>
          <w:p w14:paraId="52F17AC4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1,800</w:t>
            </w:r>
          </w:p>
        </w:tc>
        <w:tc>
          <w:tcPr>
            <w:tcW w:w="826" w:type="dxa"/>
          </w:tcPr>
          <w:p w14:paraId="14FF9B01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2CEA3B1F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7BC51AED" w14:textId="77777777" w:rsidTr="00F95E7F">
        <w:tc>
          <w:tcPr>
            <w:tcW w:w="1391" w:type="dxa"/>
          </w:tcPr>
          <w:p w14:paraId="405B4601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A</w:t>
            </w:r>
            <w:r>
              <w:rPr>
                <w:rFonts w:hint="eastAsia"/>
                <w:lang w:eastAsia="ja-JP"/>
              </w:rPr>
              <w:t>1</w:t>
            </w:r>
          </w:p>
        </w:tc>
        <w:tc>
          <w:tcPr>
            <w:tcW w:w="2043" w:type="dxa"/>
          </w:tcPr>
          <w:p w14:paraId="08997147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019B6D44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S</w:t>
            </w:r>
            <w:r>
              <w:rPr>
                <w:rFonts w:hint="eastAsia"/>
                <w:lang w:eastAsia="ja-JP"/>
              </w:rPr>
              <w:t>～２</w:t>
            </w:r>
            <w:r>
              <w:rPr>
                <w:rFonts w:hint="eastAsia"/>
                <w:lang w:eastAsia="ja-JP"/>
              </w:rPr>
              <w:t>S</w:t>
            </w:r>
          </w:p>
        </w:tc>
        <w:tc>
          <w:tcPr>
            <w:tcW w:w="1965" w:type="dxa"/>
          </w:tcPr>
          <w:p w14:paraId="42BB6D38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５ｋｇ</w:t>
            </w:r>
          </w:p>
        </w:tc>
        <w:tc>
          <w:tcPr>
            <w:tcW w:w="1440" w:type="dxa"/>
          </w:tcPr>
          <w:p w14:paraId="2B59DAEF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2,200</w:t>
            </w:r>
          </w:p>
        </w:tc>
        <w:tc>
          <w:tcPr>
            <w:tcW w:w="826" w:type="dxa"/>
          </w:tcPr>
          <w:p w14:paraId="3130BCBF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35C5AE86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3416DE76" w14:textId="77777777" w:rsidTr="00F95E7F">
        <w:tc>
          <w:tcPr>
            <w:tcW w:w="1391" w:type="dxa"/>
          </w:tcPr>
          <w:p w14:paraId="53A6E48B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B</w:t>
            </w:r>
            <w:r>
              <w:rPr>
                <w:rFonts w:hint="eastAsia"/>
                <w:lang w:eastAsia="ja-JP"/>
              </w:rPr>
              <w:t>1</w:t>
            </w:r>
          </w:p>
        </w:tc>
        <w:tc>
          <w:tcPr>
            <w:tcW w:w="2043" w:type="dxa"/>
          </w:tcPr>
          <w:p w14:paraId="449A7872" w14:textId="58A28C00" w:rsidR="00361DFB" w:rsidRPr="00C30209" w:rsidRDefault="0179E013" w:rsidP="1CBFBD5E">
            <w:pPr>
              <w:jc w:val="center"/>
            </w:pPr>
            <w:r w:rsidRPr="5EB266D9">
              <w:rPr>
                <w:lang w:eastAsia="ja-JP"/>
              </w:rPr>
              <w:t>▲</w:t>
            </w:r>
            <w:r w:rsidR="00361DFB"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750B7FFB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S</w:t>
            </w:r>
            <w:r>
              <w:rPr>
                <w:rFonts w:hint="eastAsia"/>
                <w:lang w:eastAsia="ja-JP"/>
              </w:rPr>
              <w:t>～２</w:t>
            </w:r>
            <w:r>
              <w:rPr>
                <w:rFonts w:hint="eastAsia"/>
                <w:lang w:eastAsia="ja-JP"/>
              </w:rPr>
              <w:t>S</w:t>
            </w:r>
          </w:p>
        </w:tc>
        <w:tc>
          <w:tcPr>
            <w:tcW w:w="1965" w:type="dxa"/>
          </w:tcPr>
          <w:p w14:paraId="5539C6D4" w14:textId="29BF9590" w:rsidR="00361DFB" w:rsidRPr="00C30209" w:rsidRDefault="676EE6E5" w:rsidP="1CBFBD5E">
            <w:pPr>
              <w:jc w:val="center"/>
              <w:rPr>
                <w:lang w:eastAsia="ja-JP"/>
              </w:rPr>
            </w:pPr>
            <w:r w:rsidRPr="4148DBA4">
              <w:rPr>
                <w:lang w:eastAsia="ja-JP"/>
              </w:rPr>
              <w:t>10</w:t>
            </w:r>
            <w:r w:rsidR="00361DFB" w:rsidRPr="4148DBA4">
              <w:rPr>
                <w:lang w:eastAsia="ja-JP"/>
              </w:rPr>
              <w:t>kg</w:t>
            </w:r>
            <w:r w:rsidR="10C2C779" w:rsidRPr="07C79E54">
              <w:rPr>
                <w:lang w:eastAsia="ja-JP"/>
              </w:rPr>
              <w:t>（</w:t>
            </w:r>
            <w:r w:rsidR="10C2C779" w:rsidRPr="5D8D8EB5">
              <w:rPr>
                <w:lang w:eastAsia="ja-JP"/>
              </w:rPr>
              <w:t>未定</w:t>
            </w:r>
            <w:r w:rsidR="10C2C779" w:rsidRPr="07C79E54">
              <w:rPr>
                <w:lang w:eastAsia="ja-JP"/>
              </w:rPr>
              <w:t>）</w:t>
            </w:r>
          </w:p>
        </w:tc>
        <w:tc>
          <w:tcPr>
            <w:tcW w:w="1440" w:type="dxa"/>
          </w:tcPr>
          <w:p w14:paraId="248D9C97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3,500</w:t>
            </w:r>
          </w:p>
        </w:tc>
        <w:tc>
          <w:tcPr>
            <w:tcW w:w="826" w:type="dxa"/>
          </w:tcPr>
          <w:p w14:paraId="67BD2412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5E1DB0DC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509DF4B4" w14:textId="77777777" w:rsidTr="00F95E7F">
        <w:tc>
          <w:tcPr>
            <w:tcW w:w="1391" w:type="dxa"/>
          </w:tcPr>
          <w:p w14:paraId="6C6115FA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A</w:t>
            </w:r>
            <w:r>
              <w:rPr>
                <w:rFonts w:hint="eastAsia"/>
                <w:lang w:eastAsia="ja-JP"/>
              </w:rPr>
              <w:t>2-3kg</w:t>
            </w:r>
          </w:p>
        </w:tc>
        <w:tc>
          <w:tcPr>
            <w:tcW w:w="2043" w:type="dxa"/>
          </w:tcPr>
          <w:p w14:paraId="6395121A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68E45A11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S</w:t>
            </w:r>
            <w:r>
              <w:rPr>
                <w:rFonts w:hint="eastAsia"/>
                <w:lang w:eastAsia="ja-JP"/>
              </w:rPr>
              <w:t>～２</w:t>
            </w:r>
            <w:r>
              <w:rPr>
                <w:rFonts w:hint="eastAsia"/>
                <w:lang w:eastAsia="ja-JP"/>
              </w:rPr>
              <w:t>L</w:t>
            </w:r>
          </w:p>
        </w:tc>
        <w:tc>
          <w:tcPr>
            <w:tcW w:w="1965" w:type="dxa"/>
          </w:tcPr>
          <w:p w14:paraId="1B602A3A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３ｋｇ</w:t>
            </w:r>
          </w:p>
        </w:tc>
        <w:tc>
          <w:tcPr>
            <w:tcW w:w="1440" w:type="dxa"/>
          </w:tcPr>
          <w:p w14:paraId="5340A3B3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1,800</w:t>
            </w:r>
          </w:p>
        </w:tc>
        <w:tc>
          <w:tcPr>
            <w:tcW w:w="826" w:type="dxa"/>
          </w:tcPr>
          <w:p w14:paraId="71D4DF71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0E8CF4F4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2E97DD54" w14:textId="77777777" w:rsidTr="00F95E7F">
        <w:tc>
          <w:tcPr>
            <w:tcW w:w="1391" w:type="dxa"/>
          </w:tcPr>
          <w:p w14:paraId="56C182D8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A</w:t>
            </w:r>
            <w:r>
              <w:rPr>
                <w:rFonts w:hint="eastAsia"/>
                <w:lang w:eastAsia="ja-JP"/>
              </w:rPr>
              <w:t>2</w:t>
            </w:r>
          </w:p>
        </w:tc>
        <w:tc>
          <w:tcPr>
            <w:tcW w:w="2043" w:type="dxa"/>
          </w:tcPr>
          <w:p w14:paraId="58C5700F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2968D641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S</w:t>
            </w:r>
            <w:r>
              <w:rPr>
                <w:rFonts w:hint="eastAsia"/>
                <w:lang w:eastAsia="ja-JP"/>
              </w:rPr>
              <w:t>～２</w:t>
            </w:r>
            <w:r>
              <w:rPr>
                <w:rFonts w:hint="eastAsia"/>
                <w:lang w:eastAsia="ja-JP"/>
              </w:rPr>
              <w:t>L</w:t>
            </w:r>
          </w:p>
        </w:tc>
        <w:tc>
          <w:tcPr>
            <w:tcW w:w="1965" w:type="dxa"/>
          </w:tcPr>
          <w:p w14:paraId="35F0372F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５ｋｇ</w:t>
            </w:r>
          </w:p>
        </w:tc>
        <w:tc>
          <w:tcPr>
            <w:tcW w:w="1440" w:type="dxa"/>
          </w:tcPr>
          <w:p w14:paraId="5B81C90F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2,200</w:t>
            </w:r>
          </w:p>
        </w:tc>
        <w:tc>
          <w:tcPr>
            <w:tcW w:w="826" w:type="dxa"/>
          </w:tcPr>
          <w:p w14:paraId="1D0B2D20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50CEF4F3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6426A02F" w14:textId="77777777" w:rsidTr="00F95E7F">
        <w:tc>
          <w:tcPr>
            <w:tcW w:w="1391" w:type="dxa"/>
          </w:tcPr>
          <w:p w14:paraId="1312AB32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B</w:t>
            </w:r>
            <w:r>
              <w:rPr>
                <w:rFonts w:hint="eastAsia"/>
                <w:lang w:eastAsia="ja-JP"/>
              </w:rPr>
              <w:t>2</w:t>
            </w:r>
          </w:p>
        </w:tc>
        <w:tc>
          <w:tcPr>
            <w:tcW w:w="2043" w:type="dxa"/>
          </w:tcPr>
          <w:p w14:paraId="4E3E622C" w14:textId="7E0C5EAA" w:rsidR="00361DFB" w:rsidRDefault="5B18CEBC" w:rsidP="1CBFBD5E">
            <w:pPr>
              <w:jc w:val="center"/>
              <w:rPr>
                <w:lang w:eastAsia="ja-JP"/>
              </w:rPr>
            </w:pPr>
            <w:r w:rsidRPr="6C67F286">
              <w:rPr>
                <w:lang w:eastAsia="ja-JP"/>
              </w:rPr>
              <w:t>▲</w:t>
            </w:r>
            <w:r w:rsidR="00361DFB"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4A4916FD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S</w:t>
            </w:r>
            <w:r>
              <w:rPr>
                <w:rFonts w:hint="eastAsia"/>
                <w:lang w:eastAsia="ja-JP"/>
              </w:rPr>
              <w:t>～２</w:t>
            </w:r>
            <w:r>
              <w:rPr>
                <w:rFonts w:hint="eastAsia"/>
                <w:lang w:eastAsia="ja-JP"/>
              </w:rPr>
              <w:t>L</w:t>
            </w:r>
          </w:p>
        </w:tc>
        <w:tc>
          <w:tcPr>
            <w:tcW w:w="1965" w:type="dxa"/>
          </w:tcPr>
          <w:p w14:paraId="2694DE3C" w14:textId="29BF9590" w:rsidR="00361DFB" w:rsidRPr="00C30209" w:rsidRDefault="7FF39A27" w:rsidP="1CBFBD5E">
            <w:pPr>
              <w:jc w:val="center"/>
              <w:rPr>
                <w:lang w:eastAsia="ja-JP"/>
              </w:rPr>
            </w:pPr>
            <w:r w:rsidRPr="485B27B3">
              <w:rPr>
                <w:lang w:eastAsia="ja-JP"/>
              </w:rPr>
              <w:t>10kg</w:t>
            </w:r>
            <w:r w:rsidRPr="485B27B3">
              <w:rPr>
                <w:lang w:eastAsia="ja-JP"/>
              </w:rPr>
              <w:t>（未定）</w:t>
            </w:r>
          </w:p>
          <w:p w14:paraId="7103BC0D" w14:textId="570F5527" w:rsidR="00361DFB" w:rsidRPr="00C30209" w:rsidRDefault="00361DFB" w:rsidP="1CBFBD5E">
            <w:pPr>
              <w:jc w:val="center"/>
              <w:rPr>
                <w:lang w:eastAsia="ja-JP"/>
              </w:rPr>
            </w:pPr>
          </w:p>
        </w:tc>
        <w:tc>
          <w:tcPr>
            <w:tcW w:w="1440" w:type="dxa"/>
          </w:tcPr>
          <w:p w14:paraId="37523E40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3,500</w:t>
            </w:r>
          </w:p>
        </w:tc>
        <w:tc>
          <w:tcPr>
            <w:tcW w:w="826" w:type="dxa"/>
          </w:tcPr>
          <w:p w14:paraId="692AFD15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313BF4AF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3F356FDF" w14:textId="77777777" w:rsidTr="00F95E7F">
        <w:tc>
          <w:tcPr>
            <w:tcW w:w="1391" w:type="dxa"/>
          </w:tcPr>
          <w:p w14:paraId="38DC1745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A</w:t>
            </w:r>
            <w:r>
              <w:rPr>
                <w:rFonts w:hint="eastAsia"/>
                <w:lang w:eastAsia="ja-JP"/>
              </w:rPr>
              <w:t>3-3kg</w:t>
            </w:r>
          </w:p>
        </w:tc>
        <w:tc>
          <w:tcPr>
            <w:tcW w:w="2043" w:type="dxa"/>
          </w:tcPr>
          <w:p w14:paraId="6E7596FE" w14:textId="06BD7333" w:rsidR="00361DFB" w:rsidRDefault="00B55F93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302E81D0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rFonts w:hint="eastAsia"/>
                <w:lang w:eastAsia="ja-JP"/>
              </w:rPr>
              <w:t>～</w:t>
            </w:r>
            <w:r>
              <w:rPr>
                <w:rFonts w:hint="eastAsia"/>
                <w:lang w:eastAsia="ja-JP"/>
              </w:rPr>
              <w:t>L</w:t>
            </w:r>
          </w:p>
        </w:tc>
        <w:tc>
          <w:tcPr>
            <w:tcW w:w="1965" w:type="dxa"/>
          </w:tcPr>
          <w:p w14:paraId="0336E601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３ｋｇ</w:t>
            </w:r>
          </w:p>
        </w:tc>
        <w:tc>
          <w:tcPr>
            <w:tcW w:w="1440" w:type="dxa"/>
          </w:tcPr>
          <w:p w14:paraId="6C2254E1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1,800</w:t>
            </w:r>
          </w:p>
        </w:tc>
        <w:tc>
          <w:tcPr>
            <w:tcW w:w="826" w:type="dxa"/>
          </w:tcPr>
          <w:p w14:paraId="7C1F357F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54544059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6D7CF60F" w14:textId="77777777" w:rsidTr="00F95E7F">
        <w:tc>
          <w:tcPr>
            <w:tcW w:w="1391" w:type="dxa"/>
          </w:tcPr>
          <w:p w14:paraId="00119A2E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A</w:t>
            </w:r>
            <w:r>
              <w:rPr>
                <w:rFonts w:hint="eastAsia"/>
                <w:lang w:eastAsia="ja-JP"/>
              </w:rPr>
              <w:t>3</w:t>
            </w:r>
          </w:p>
        </w:tc>
        <w:tc>
          <w:tcPr>
            <w:tcW w:w="2043" w:type="dxa"/>
          </w:tcPr>
          <w:p w14:paraId="3E5473DC" w14:textId="2ADD3779" w:rsidR="00361DFB" w:rsidRDefault="00B55F93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48ED8BA6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rFonts w:hint="eastAsia"/>
                <w:lang w:eastAsia="ja-JP"/>
              </w:rPr>
              <w:t>～</w:t>
            </w:r>
            <w:r>
              <w:rPr>
                <w:rFonts w:hint="eastAsia"/>
                <w:lang w:eastAsia="ja-JP"/>
              </w:rPr>
              <w:t>L</w:t>
            </w:r>
          </w:p>
        </w:tc>
        <w:tc>
          <w:tcPr>
            <w:tcW w:w="1965" w:type="dxa"/>
          </w:tcPr>
          <w:p w14:paraId="5C1346C7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５ｋｇ</w:t>
            </w:r>
          </w:p>
        </w:tc>
        <w:tc>
          <w:tcPr>
            <w:tcW w:w="1440" w:type="dxa"/>
          </w:tcPr>
          <w:p w14:paraId="6A8F3A93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2,500</w:t>
            </w:r>
          </w:p>
        </w:tc>
        <w:tc>
          <w:tcPr>
            <w:tcW w:w="826" w:type="dxa"/>
          </w:tcPr>
          <w:p w14:paraId="13C70407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54F2463A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2CE5E4EB" w14:textId="77777777" w:rsidTr="00F95E7F">
        <w:tc>
          <w:tcPr>
            <w:tcW w:w="1391" w:type="dxa"/>
          </w:tcPr>
          <w:p w14:paraId="6DF8993A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lang w:eastAsia="ja-JP"/>
              </w:rPr>
              <w:t>B</w:t>
            </w:r>
            <w:r>
              <w:rPr>
                <w:rFonts w:hint="eastAsia"/>
                <w:lang w:eastAsia="ja-JP"/>
              </w:rPr>
              <w:t>3</w:t>
            </w:r>
          </w:p>
        </w:tc>
        <w:tc>
          <w:tcPr>
            <w:tcW w:w="2043" w:type="dxa"/>
          </w:tcPr>
          <w:p w14:paraId="751B48F8" w14:textId="51D7DCC4" w:rsidR="00361DFB" w:rsidRDefault="12ADC88C" w:rsidP="1CBFBD5E">
            <w:pPr>
              <w:jc w:val="center"/>
              <w:rPr>
                <w:lang w:eastAsia="ja-JP"/>
              </w:rPr>
            </w:pPr>
            <w:r w:rsidRPr="276898FF">
              <w:rPr>
                <w:lang w:eastAsia="ja-JP"/>
              </w:rPr>
              <w:t>▲</w:t>
            </w:r>
            <w:r w:rsidR="00B55F93">
              <w:rPr>
                <w:rFonts w:hint="eastAsia"/>
                <w:lang w:eastAsia="ja-JP"/>
              </w:rPr>
              <w:t>早生みかん</w:t>
            </w:r>
          </w:p>
        </w:tc>
        <w:tc>
          <w:tcPr>
            <w:tcW w:w="1800" w:type="dxa"/>
          </w:tcPr>
          <w:p w14:paraId="32CB3886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rFonts w:hint="eastAsia"/>
                <w:lang w:eastAsia="ja-JP"/>
              </w:rPr>
              <w:t>～</w:t>
            </w:r>
            <w:r>
              <w:rPr>
                <w:rFonts w:hint="eastAsia"/>
                <w:lang w:eastAsia="ja-JP"/>
              </w:rPr>
              <w:t>L</w:t>
            </w:r>
          </w:p>
        </w:tc>
        <w:tc>
          <w:tcPr>
            <w:tcW w:w="1965" w:type="dxa"/>
          </w:tcPr>
          <w:p w14:paraId="39442BD8" w14:textId="2F4B3310" w:rsidR="00361DFB" w:rsidRPr="00C30209" w:rsidRDefault="2D178A62" w:rsidP="1CBFBD5E">
            <w:pPr>
              <w:jc w:val="center"/>
              <w:rPr>
                <w:lang w:eastAsia="ja-JP"/>
              </w:rPr>
            </w:pPr>
            <w:r w:rsidRPr="71CF90DC">
              <w:rPr>
                <w:lang w:eastAsia="ja-JP"/>
              </w:rPr>
              <w:t>10kg</w:t>
            </w:r>
            <w:r w:rsidRPr="71CF90DC">
              <w:rPr>
                <w:lang w:eastAsia="ja-JP"/>
              </w:rPr>
              <w:t>（未定）</w:t>
            </w:r>
          </w:p>
        </w:tc>
        <w:tc>
          <w:tcPr>
            <w:tcW w:w="1440" w:type="dxa"/>
          </w:tcPr>
          <w:p w14:paraId="0752DC08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4,600</w:t>
            </w:r>
          </w:p>
        </w:tc>
        <w:tc>
          <w:tcPr>
            <w:tcW w:w="826" w:type="dxa"/>
          </w:tcPr>
          <w:p w14:paraId="10CFDB3A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1119FC04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106EA1C3" w14:textId="77777777" w:rsidTr="00F95E7F">
        <w:tc>
          <w:tcPr>
            <w:tcW w:w="1391" w:type="dxa"/>
          </w:tcPr>
          <w:p w14:paraId="0A8BDF72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J</w:t>
            </w:r>
          </w:p>
        </w:tc>
        <w:tc>
          <w:tcPr>
            <w:tcW w:w="2043" w:type="dxa"/>
          </w:tcPr>
          <w:p w14:paraId="3307C440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みかんジュース</w:t>
            </w:r>
          </w:p>
        </w:tc>
        <w:tc>
          <w:tcPr>
            <w:tcW w:w="1800" w:type="dxa"/>
          </w:tcPr>
          <w:p w14:paraId="4C0088B1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５００</w:t>
            </w:r>
            <w:r>
              <w:rPr>
                <w:rFonts w:hint="eastAsia"/>
                <w:lang w:eastAsia="ja-JP"/>
              </w:rPr>
              <w:t>ml</w:t>
            </w:r>
          </w:p>
        </w:tc>
        <w:tc>
          <w:tcPr>
            <w:tcW w:w="1965" w:type="dxa"/>
          </w:tcPr>
          <w:p w14:paraId="4B88C60B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１本</w:t>
            </w:r>
          </w:p>
        </w:tc>
        <w:tc>
          <w:tcPr>
            <w:tcW w:w="1440" w:type="dxa"/>
          </w:tcPr>
          <w:p w14:paraId="5922625F" w14:textId="683008D0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 w:rsidR="00B55F93">
              <w:rPr>
                <w:rFonts w:hint="eastAsia"/>
                <w:lang w:eastAsia="ja-JP"/>
              </w:rPr>
              <w:t>86</w:t>
            </w:r>
            <w:r>
              <w:rPr>
                <w:rFonts w:hint="eastAsia"/>
                <w:lang w:eastAsia="ja-JP"/>
              </w:rPr>
              <w:t>4</w:t>
            </w:r>
          </w:p>
        </w:tc>
        <w:tc>
          <w:tcPr>
            <w:tcW w:w="826" w:type="dxa"/>
          </w:tcPr>
          <w:p w14:paraId="1724B034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75887E9F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46FA8E79" w14:textId="77777777" w:rsidTr="00F95E7F">
        <w:tc>
          <w:tcPr>
            <w:tcW w:w="1391" w:type="dxa"/>
          </w:tcPr>
          <w:p w14:paraId="7F405D06" w14:textId="106267D2" w:rsidR="00361DFB" w:rsidRPr="00C30209" w:rsidRDefault="00B55F93" w:rsidP="1CBFBD5E">
            <w:pPr>
              <w:jc w:val="center"/>
            </w:pPr>
            <w:r>
              <w:rPr>
                <w:rFonts w:hint="eastAsia"/>
                <w:lang w:eastAsia="ja-JP"/>
              </w:rPr>
              <w:t>J-3set</w:t>
            </w:r>
          </w:p>
        </w:tc>
        <w:tc>
          <w:tcPr>
            <w:tcW w:w="2043" w:type="dxa"/>
          </w:tcPr>
          <w:p w14:paraId="633DAF4E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みかんジュース</w:t>
            </w:r>
          </w:p>
        </w:tc>
        <w:tc>
          <w:tcPr>
            <w:tcW w:w="1800" w:type="dxa"/>
          </w:tcPr>
          <w:p w14:paraId="507B348D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５００ｍｌ</w:t>
            </w:r>
          </w:p>
        </w:tc>
        <w:tc>
          <w:tcPr>
            <w:tcW w:w="1965" w:type="dxa"/>
          </w:tcPr>
          <w:p w14:paraId="219BF0AC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３本セット</w:t>
            </w:r>
          </w:p>
        </w:tc>
        <w:tc>
          <w:tcPr>
            <w:tcW w:w="1440" w:type="dxa"/>
          </w:tcPr>
          <w:p w14:paraId="766CBC17" w14:textId="77777777" w:rsidR="00361DFB" w:rsidRPr="00C30209" w:rsidRDefault="00361DFB" w:rsidP="1CBFBD5E">
            <w:pPr>
              <w:jc w:val="center"/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2,500</w:t>
            </w:r>
          </w:p>
        </w:tc>
        <w:tc>
          <w:tcPr>
            <w:tcW w:w="826" w:type="dxa"/>
          </w:tcPr>
          <w:p w14:paraId="4478B4BE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65BAB690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4BF31CF6" w14:textId="77777777" w:rsidTr="00F95E7F">
        <w:tc>
          <w:tcPr>
            <w:tcW w:w="1391" w:type="dxa"/>
          </w:tcPr>
          <w:p w14:paraId="1538A1D5" w14:textId="01E6377C" w:rsidR="00361DFB" w:rsidRPr="00C30209" w:rsidRDefault="00B55F93" w:rsidP="1CBFBD5E">
            <w:pPr>
              <w:jc w:val="center"/>
            </w:pPr>
            <w:r>
              <w:rPr>
                <w:rFonts w:hint="eastAsia"/>
                <w:lang w:eastAsia="ja-JP"/>
              </w:rPr>
              <w:t>J-3setSP</w:t>
            </w:r>
          </w:p>
        </w:tc>
        <w:tc>
          <w:tcPr>
            <w:tcW w:w="2043" w:type="dxa"/>
          </w:tcPr>
          <w:p w14:paraId="38A5351B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みかんジュース</w:t>
            </w:r>
          </w:p>
        </w:tc>
        <w:tc>
          <w:tcPr>
            <w:tcW w:w="1800" w:type="dxa"/>
          </w:tcPr>
          <w:p w14:paraId="34F326A6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５００ｍｌ</w:t>
            </w:r>
          </w:p>
        </w:tc>
        <w:tc>
          <w:tcPr>
            <w:tcW w:w="1965" w:type="dxa"/>
          </w:tcPr>
          <w:p w14:paraId="6F1E7FF9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贈答用</w:t>
            </w:r>
            <w:r>
              <w:rPr>
                <w:rFonts w:hint="eastAsia"/>
                <w:lang w:eastAsia="ja-JP"/>
              </w:rPr>
              <w:t>3</w:t>
            </w:r>
            <w:r>
              <w:rPr>
                <w:rFonts w:hint="eastAsia"/>
                <w:lang w:eastAsia="ja-JP"/>
              </w:rPr>
              <w:t>本</w:t>
            </w:r>
            <w:r w:rsidRPr="00361DFB">
              <w:rPr>
                <w:rFonts w:hint="eastAsia"/>
                <w:sz w:val="18"/>
                <w:szCs w:val="18"/>
                <w:lang w:eastAsia="ja-JP"/>
              </w:rPr>
              <w:t>セット</w:t>
            </w:r>
          </w:p>
        </w:tc>
        <w:tc>
          <w:tcPr>
            <w:tcW w:w="1440" w:type="dxa"/>
          </w:tcPr>
          <w:p w14:paraId="00207337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3,300</w:t>
            </w:r>
          </w:p>
        </w:tc>
        <w:tc>
          <w:tcPr>
            <w:tcW w:w="826" w:type="dxa"/>
          </w:tcPr>
          <w:p w14:paraId="77F0ACEA" w14:textId="77777777" w:rsidR="00361DFB" w:rsidRPr="00C30209" w:rsidRDefault="00361DFB" w:rsidP="1CBFBD5E">
            <w:pPr>
              <w:jc w:val="center"/>
            </w:pPr>
          </w:p>
        </w:tc>
        <w:tc>
          <w:tcPr>
            <w:tcW w:w="1252" w:type="dxa"/>
          </w:tcPr>
          <w:p w14:paraId="67268617" w14:textId="77777777" w:rsidR="00361DFB" w:rsidRPr="00C30209" w:rsidRDefault="00361DFB" w:rsidP="1CBFBD5E">
            <w:pPr>
              <w:jc w:val="center"/>
            </w:pPr>
          </w:p>
        </w:tc>
      </w:tr>
      <w:tr w:rsidR="00361DFB" w:rsidRPr="00C30209" w14:paraId="14F72BD5" w14:textId="77777777" w:rsidTr="00F95E7F">
        <w:tc>
          <w:tcPr>
            <w:tcW w:w="1391" w:type="dxa"/>
          </w:tcPr>
          <w:p w14:paraId="48AAE5D4" w14:textId="0B9AEBBD" w:rsidR="00361DFB" w:rsidRPr="00C30209" w:rsidRDefault="00B55F93" w:rsidP="1CBFBD5E">
            <w:pPr>
              <w:jc w:val="center"/>
            </w:pPr>
            <w:r>
              <w:rPr>
                <w:rFonts w:hint="eastAsia"/>
                <w:lang w:eastAsia="ja-JP"/>
              </w:rPr>
              <w:t>J-SP</w:t>
            </w:r>
            <w:r>
              <w:rPr>
                <w:rFonts w:hint="eastAsia"/>
                <w:lang w:eastAsia="ja-JP"/>
              </w:rPr>
              <w:t>１</w:t>
            </w:r>
          </w:p>
        </w:tc>
        <w:tc>
          <w:tcPr>
            <w:tcW w:w="2043" w:type="dxa"/>
          </w:tcPr>
          <w:p w14:paraId="44295A77" w14:textId="2DB92844" w:rsidR="00361DFB" w:rsidRDefault="00361DFB" w:rsidP="396FF0C0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ジュースと</w:t>
            </w:r>
          </w:p>
          <w:p w14:paraId="5F3FD566" w14:textId="4854BABC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みかん詰合せ</w:t>
            </w:r>
          </w:p>
        </w:tc>
        <w:tc>
          <w:tcPr>
            <w:tcW w:w="1800" w:type="dxa"/>
          </w:tcPr>
          <w:p w14:paraId="2EEA8CA9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ジュース</w:t>
            </w:r>
          </w:p>
          <w:p w14:paraId="77230ABB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１本</w:t>
            </w:r>
          </w:p>
        </w:tc>
        <w:tc>
          <w:tcPr>
            <w:tcW w:w="1965" w:type="dxa"/>
          </w:tcPr>
          <w:p w14:paraId="165F91E3" w14:textId="77777777" w:rsidR="00361DFB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３ｋｇ箱</w:t>
            </w:r>
          </w:p>
        </w:tc>
        <w:tc>
          <w:tcPr>
            <w:tcW w:w="1440" w:type="dxa"/>
          </w:tcPr>
          <w:p w14:paraId="6B6C5EF2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2,700</w:t>
            </w:r>
          </w:p>
        </w:tc>
        <w:tc>
          <w:tcPr>
            <w:tcW w:w="826" w:type="dxa"/>
          </w:tcPr>
          <w:p w14:paraId="37834D92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</w:p>
        </w:tc>
        <w:tc>
          <w:tcPr>
            <w:tcW w:w="1252" w:type="dxa"/>
          </w:tcPr>
          <w:p w14:paraId="4343A3FE" w14:textId="77777777" w:rsidR="00361DFB" w:rsidRPr="00C30209" w:rsidRDefault="00361DFB" w:rsidP="1CBFBD5E">
            <w:pPr>
              <w:jc w:val="center"/>
              <w:rPr>
                <w:lang w:eastAsia="ja-JP"/>
              </w:rPr>
            </w:pPr>
          </w:p>
        </w:tc>
      </w:tr>
      <w:tr w:rsidR="00361DFB" w:rsidRPr="00C30209" w14:paraId="43606CC1" w14:textId="77777777" w:rsidTr="00F95E7F">
        <w:tc>
          <w:tcPr>
            <w:tcW w:w="1391" w:type="dxa"/>
          </w:tcPr>
          <w:p w14:paraId="695934B6" w14:textId="6E1C0E21" w:rsidR="00361DFB" w:rsidRPr="00C30209" w:rsidRDefault="00B55F93" w:rsidP="10662399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J-Sp2</w:t>
            </w:r>
          </w:p>
        </w:tc>
        <w:tc>
          <w:tcPr>
            <w:tcW w:w="2043" w:type="dxa"/>
          </w:tcPr>
          <w:p w14:paraId="628E1A68" w14:textId="6B763DE2" w:rsidR="00361DFB" w:rsidRDefault="00361DFB" w:rsidP="039447D9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ジュースと</w:t>
            </w:r>
          </w:p>
          <w:p w14:paraId="1E481C03" w14:textId="78E198B8" w:rsidR="00361DFB" w:rsidRDefault="00361DFB" w:rsidP="00CA5BA7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みかん詰合せ</w:t>
            </w:r>
          </w:p>
        </w:tc>
        <w:tc>
          <w:tcPr>
            <w:tcW w:w="1800" w:type="dxa"/>
          </w:tcPr>
          <w:p w14:paraId="4F675629" w14:textId="77777777" w:rsidR="00361DFB" w:rsidRDefault="00361DFB" w:rsidP="6D0648D9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ジュース２本</w:t>
            </w:r>
          </w:p>
        </w:tc>
        <w:tc>
          <w:tcPr>
            <w:tcW w:w="1965" w:type="dxa"/>
          </w:tcPr>
          <w:p w14:paraId="4A615024" w14:textId="77777777" w:rsidR="00361DFB" w:rsidRDefault="00361DFB" w:rsidP="55C3F9AF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３ｋｇ箱</w:t>
            </w:r>
          </w:p>
        </w:tc>
        <w:tc>
          <w:tcPr>
            <w:tcW w:w="1440" w:type="dxa"/>
          </w:tcPr>
          <w:p w14:paraId="124C487A" w14:textId="77777777" w:rsidR="00361DFB" w:rsidRPr="00C30209" w:rsidRDefault="00361DFB" w:rsidP="55C3F9AF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2,700</w:t>
            </w:r>
          </w:p>
        </w:tc>
        <w:tc>
          <w:tcPr>
            <w:tcW w:w="826" w:type="dxa"/>
          </w:tcPr>
          <w:p w14:paraId="13852A2B" w14:textId="77777777" w:rsidR="00361DFB" w:rsidRPr="00C30209" w:rsidRDefault="00361DFB" w:rsidP="00CA5BA7">
            <w:pPr>
              <w:rPr>
                <w:lang w:eastAsia="ja-JP"/>
              </w:rPr>
            </w:pPr>
          </w:p>
        </w:tc>
        <w:tc>
          <w:tcPr>
            <w:tcW w:w="1252" w:type="dxa"/>
          </w:tcPr>
          <w:p w14:paraId="76AF6FC9" w14:textId="77777777" w:rsidR="00361DFB" w:rsidRPr="00C30209" w:rsidRDefault="00361DFB" w:rsidP="00CA5BA7">
            <w:pPr>
              <w:rPr>
                <w:lang w:eastAsia="ja-JP"/>
              </w:rPr>
            </w:pPr>
          </w:p>
        </w:tc>
      </w:tr>
      <w:tr w:rsidR="00361DFB" w:rsidRPr="00C30209" w14:paraId="13476F67" w14:textId="77777777" w:rsidTr="00F95E7F">
        <w:tc>
          <w:tcPr>
            <w:tcW w:w="1391" w:type="dxa"/>
          </w:tcPr>
          <w:p w14:paraId="6538EFF8" w14:textId="5E537AE5" w:rsidR="00361DFB" w:rsidRPr="00C30209" w:rsidRDefault="00B55F93" w:rsidP="10662399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J-SP3</w:t>
            </w:r>
          </w:p>
        </w:tc>
        <w:tc>
          <w:tcPr>
            <w:tcW w:w="2043" w:type="dxa"/>
          </w:tcPr>
          <w:p w14:paraId="264A7913" w14:textId="3E7D4E63" w:rsidR="00361DFB" w:rsidRDefault="00361DFB" w:rsidP="454ADC0E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ジュースと</w:t>
            </w:r>
          </w:p>
          <w:p w14:paraId="545ADE5A" w14:textId="294E944E" w:rsidR="00361DFB" w:rsidRDefault="00361DFB" w:rsidP="00CA5BA7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みかん詰合せ</w:t>
            </w:r>
          </w:p>
        </w:tc>
        <w:tc>
          <w:tcPr>
            <w:tcW w:w="1800" w:type="dxa"/>
          </w:tcPr>
          <w:p w14:paraId="3D10F3B1" w14:textId="77777777" w:rsidR="00361DFB" w:rsidRDefault="00361DFB" w:rsidP="6D0648D9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ジュース</w:t>
            </w:r>
          </w:p>
          <w:p w14:paraId="4E61B4B4" w14:textId="77777777" w:rsidR="00361DFB" w:rsidRDefault="00361DFB" w:rsidP="6D0648D9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１本</w:t>
            </w:r>
          </w:p>
        </w:tc>
        <w:tc>
          <w:tcPr>
            <w:tcW w:w="1965" w:type="dxa"/>
          </w:tcPr>
          <w:p w14:paraId="155E2A58" w14:textId="77777777" w:rsidR="00361DFB" w:rsidRDefault="00361DFB" w:rsidP="55C3F9AF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５ｋｇ箱</w:t>
            </w:r>
          </w:p>
        </w:tc>
        <w:tc>
          <w:tcPr>
            <w:tcW w:w="1440" w:type="dxa"/>
          </w:tcPr>
          <w:p w14:paraId="588B3A59" w14:textId="77777777" w:rsidR="00361DFB" w:rsidRPr="00C30209" w:rsidRDefault="00361DFB" w:rsidP="55C3F9AF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3,300</w:t>
            </w:r>
          </w:p>
        </w:tc>
        <w:tc>
          <w:tcPr>
            <w:tcW w:w="826" w:type="dxa"/>
          </w:tcPr>
          <w:p w14:paraId="704A5400" w14:textId="77777777" w:rsidR="00361DFB" w:rsidRPr="00C30209" w:rsidRDefault="00361DFB" w:rsidP="00CA5BA7">
            <w:pPr>
              <w:rPr>
                <w:lang w:eastAsia="ja-JP"/>
              </w:rPr>
            </w:pPr>
          </w:p>
        </w:tc>
        <w:tc>
          <w:tcPr>
            <w:tcW w:w="1252" w:type="dxa"/>
          </w:tcPr>
          <w:p w14:paraId="6E8584E0" w14:textId="77777777" w:rsidR="00361DFB" w:rsidRPr="00C30209" w:rsidRDefault="00361DFB" w:rsidP="00CA5BA7">
            <w:pPr>
              <w:rPr>
                <w:lang w:eastAsia="ja-JP"/>
              </w:rPr>
            </w:pPr>
          </w:p>
        </w:tc>
      </w:tr>
      <w:tr w:rsidR="00361DFB" w:rsidRPr="00C30209" w14:paraId="6E7E9AAB" w14:textId="77777777" w:rsidTr="00F95E7F">
        <w:tc>
          <w:tcPr>
            <w:tcW w:w="1391" w:type="dxa"/>
          </w:tcPr>
          <w:p w14:paraId="368976CB" w14:textId="7078151B" w:rsidR="00361DFB" w:rsidRPr="00C30209" w:rsidRDefault="00B55F93" w:rsidP="10662399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J-SP4</w:t>
            </w:r>
          </w:p>
        </w:tc>
        <w:tc>
          <w:tcPr>
            <w:tcW w:w="2043" w:type="dxa"/>
          </w:tcPr>
          <w:p w14:paraId="1427FE17" w14:textId="51A38C8F" w:rsidR="00361DFB" w:rsidRDefault="00361DFB" w:rsidP="454ADC0E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ジュースと</w:t>
            </w:r>
          </w:p>
          <w:p w14:paraId="529F224F" w14:textId="02E2F59E" w:rsidR="00361DFB" w:rsidRDefault="00361DFB" w:rsidP="00CA5BA7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みかん詰合せ</w:t>
            </w:r>
          </w:p>
        </w:tc>
        <w:tc>
          <w:tcPr>
            <w:tcW w:w="1800" w:type="dxa"/>
          </w:tcPr>
          <w:p w14:paraId="3DF4255D" w14:textId="77777777" w:rsidR="00361DFB" w:rsidRDefault="00361DFB" w:rsidP="6D0648D9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ジュース</w:t>
            </w:r>
          </w:p>
          <w:p w14:paraId="5A4A3381" w14:textId="77777777" w:rsidR="00361DFB" w:rsidRDefault="00361DFB" w:rsidP="6D0648D9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２本</w:t>
            </w:r>
          </w:p>
        </w:tc>
        <w:tc>
          <w:tcPr>
            <w:tcW w:w="1965" w:type="dxa"/>
          </w:tcPr>
          <w:p w14:paraId="6BA6CA15" w14:textId="77777777" w:rsidR="00361DFB" w:rsidRDefault="00361DFB" w:rsidP="55C3F9AF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５ｋｇ箱</w:t>
            </w:r>
          </w:p>
        </w:tc>
        <w:tc>
          <w:tcPr>
            <w:tcW w:w="1440" w:type="dxa"/>
          </w:tcPr>
          <w:p w14:paraId="78A368E2" w14:textId="77777777" w:rsidR="00361DFB" w:rsidRPr="00C30209" w:rsidRDefault="00361DFB" w:rsidP="55C3F9AF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￥</w:t>
            </w:r>
            <w:r>
              <w:rPr>
                <w:rFonts w:hint="eastAsia"/>
                <w:lang w:eastAsia="ja-JP"/>
              </w:rPr>
              <w:t>3,300</w:t>
            </w:r>
          </w:p>
        </w:tc>
        <w:tc>
          <w:tcPr>
            <w:tcW w:w="826" w:type="dxa"/>
          </w:tcPr>
          <w:p w14:paraId="2FFB9D9D" w14:textId="77777777" w:rsidR="00361DFB" w:rsidRPr="00C30209" w:rsidRDefault="00361DFB" w:rsidP="00CA5BA7">
            <w:pPr>
              <w:rPr>
                <w:lang w:eastAsia="ja-JP"/>
              </w:rPr>
            </w:pPr>
          </w:p>
        </w:tc>
        <w:tc>
          <w:tcPr>
            <w:tcW w:w="1252" w:type="dxa"/>
          </w:tcPr>
          <w:p w14:paraId="62DA5F15" w14:textId="77777777" w:rsidR="00361DFB" w:rsidRPr="00C30209" w:rsidRDefault="00361DFB" w:rsidP="00CA5BA7">
            <w:pPr>
              <w:rPr>
                <w:lang w:eastAsia="ja-JP"/>
              </w:rPr>
            </w:pPr>
          </w:p>
        </w:tc>
      </w:tr>
    </w:tbl>
    <w:p w14:paraId="0A007D7F" w14:textId="77777777" w:rsidR="00361DFB" w:rsidRPr="00C30209" w:rsidRDefault="00361DFB" w:rsidP="00361DFB">
      <w:pPr>
        <w:rPr>
          <w:sz w:val="36"/>
          <w:szCs w:val="36"/>
        </w:rPr>
      </w:pPr>
      <w:proofErr w:type="spellStart"/>
      <w:r w:rsidRPr="00C30209">
        <w:rPr>
          <w:sz w:val="36"/>
          <w:szCs w:val="36"/>
        </w:rPr>
        <w:t>合計金額</w:t>
      </w:r>
      <w:proofErr w:type="spellEnd"/>
      <w:r w:rsidRPr="00C30209">
        <w:rPr>
          <w:sz w:val="36"/>
          <w:szCs w:val="36"/>
        </w:rPr>
        <w:t>：＿＿＿＿＿＿</w:t>
      </w:r>
      <w:proofErr w:type="spellStart"/>
      <w:r w:rsidRPr="00C30209">
        <w:rPr>
          <w:sz w:val="36"/>
          <w:szCs w:val="36"/>
        </w:rPr>
        <w:t>円（税込</w:t>
      </w:r>
      <w:proofErr w:type="spellEnd"/>
      <w:r w:rsidRPr="00C30209">
        <w:rPr>
          <w:sz w:val="36"/>
          <w:szCs w:val="36"/>
        </w:rPr>
        <w:t>）</w:t>
      </w:r>
    </w:p>
    <w:p w14:paraId="4DD35228" w14:textId="5AB86247" w:rsidR="5AB62FC9" w:rsidRDefault="5AB62FC9" w:rsidP="5AB62FC9">
      <w:pPr>
        <w:rPr>
          <w:sz w:val="36"/>
          <w:szCs w:val="36"/>
        </w:rPr>
      </w:pPr>
    </w:p>
    <w:p w14:paraId="6AD93ED9" w14:textId="48FC0A8C" w:rsidR="00B55F93" w:rsidRDefault="00B55F93" w:rsidP="00182A6A">
      <w:pPr>
        <w:spacing w:afterLines="100" w:after="240" w:line="400" w:lineRule="exact"/>
        <w:rPr>
          <w:sz w:val="24"/>
          <w:szCs w:val="24"/>
          <w:lang w:eastAsia="ja-JP"/>
        </w:rPr>
      </w:pPr>
      <w:r w:rsidRPr="00182A6A">
        <w:rPr>
          <w:rFonts w:hint="eastAsia"/>
          <w:sz w:val="24"/>
          <w:szCs w:val="24"/>
          <w:lang w:eastAsia="ja-JP"/>
        </w:rPr>
        <w:t>その他、レモン・ダイダイとの詰合せも可能です。ご希望があれば、</w:t>
      </w:r>
      <w:r w:rsidRPr="00182A6A">
        <w:rPr>
          <w:rFonts w:hint="eastAsia"/>
          <w:b/>
          <w:bCs/>
          <w:sz w:val="24"/>
          <w:szCs w:val="24"/>
          <w:lang w:eastAsia="ja-JP"/>
        </w:rPr>
        <w:t>「希望の商品」</w:t>
      </w:r>
      <w:r w:rsidRPr="00182A6A">
        <w:rPr>
          <w:rFonts w:hint="eastAsia"/>
          <w:sz w:val="24"/>
          <w:szCs w:val="24"/>
          <w:lang w:eastAsia="ja-JP"/>
        </w:rPr>
        <w:t>にご記入ください</w:t>
      </w:r>
      <w:r w:rsidR="00182A6A" w:rsidRPr="00182A6A">
        <w:rPr>
          <w:rFonts w:hint="eastAsia"/>
          <w:sz w:val="24"/>
          <w:szCs w:val="24"/>
          <w:lang w:eastAsia="ja-JP"/>
        </w:rPr>
        <w:t xml:space="preserve">。　</w:t>
      </w:r>
      <w:r w:rsidRPr="00182A6A">
        <w:rPr>
          <w:rFonts w:hint="eastAsia"/>
          <w:sz w:val="24"/>
          <w:szCs w:val="24"/>
          <w:lang w:eastAsia="ja-JP"/>
        </w:rPr>
        <w:t>例：早生みかん</w:t>
      </w:r>
      <w:r w:rsidRPr="00182A6A">
        <w:rPr>
          <w:rFonts w:hint="eastAsia"/>
          <w:sz w:val="24"/>
          <w:szCs w:val="24"/>
          <w:lang w:eastAsia="ja-JP"/>
        </w:rPr>
        <w:t>ML</w:t>
      </w:r>
      <w:r w:rsidRPr="00182A6A">
        <w:rPr>
          <w:rFonts w:hint="eastAsia"/>
          <w:sz w:val="24"/>
          <w:szCs w:val="24"/>
          <w:lang w:eastAsia="ja-JP"/>
        </w:rPr>
        <w:t>５ｋｇにレモンを</w:t>
      </w:r>
      <w:r w:rsidRPr="00182A6A">
        <w:rPr>
          <w:rFonts w:hint="eastAsia"/>
          <w:sz w:val="24"/>
          <w:szCs w:val="24"/>
          <w:lang w:eastAsia="ja-JP"/>
        </w:rPr>
        <w:t>1</w:t>
      </w:r>
      <w:r w:rsidRPr="00182A6A">
        <w:rPr>
          <w:rFonts w:hint="eastAsia"/>
          <w:sz w:val="24"/>
          <w:szCs w:val="24"/>
          <w:lang w:eastAsia="ja-JP"/>
        </w:rPr>
        <w:t>個詰合せてほしい</w:t>
      </w:r>
      <w:r w:rsidR="00182A6A" w:rsidRPr="00182A6A">
        <w:rPr>
          <w:rFonts w:hint="eastAsia"/>
          <w:sz w:val="24"/>
          <w:szCs w:val="24"/>
          <w:lang w:eastAsia="ja-JP"/>
        </w:rPr>
        <w:t xml:space="preserve">　というように。ご希望に合わせてみかんの数と金額を調整させていただきます。</w:t>
      </w:r>
    </w:p>
    <w:p w14:paraId="09B9BB3E" w14:textId="77777777" w:rsidR="00182A6A" w:rsidRPr="00182A6A" w:rsidRDefault="00182A6A" w:rsidP="00182A6A">
      <w:pPr>
        <w:spacing w:afterLines="100" w:after="240" w:line="400" w:lineRule="exact"/>
        <w:rPr>
          <w:sz w:val="24"/>
          <w:szCs w:val="24"/>
          <w:lang w:eastAsia="ja-JP"/>
        </w:rPr>
      </w:pPr>
    </w:p>
    <w:p w14:paraId="1B242541" w14:textId="01E0314B" w:rsidR="00361DFB" w:rsidRPr="00C30209" w:rsidRDefault="00361DFB" w:rsidP="00361DFB">
      <w:pPr>
        <w:rPr>
          <w:sz w:val="32"/>
          <w:szCs w:val="32"/>
          <w:lang w:eastAsia="ja-JP"/>
        </w:rPr>
      </w:pPr>
      <w:r w:rsidRPr="00182A6A">
        <w:rPr>
          <w:rFonts w:hint="eastAsia"/>
          <w:sz w:val="32"/>
          <w:szCs w:val="32"/>
          <w:lang w:eastAsia="ja-JP"/>
        </w:rPr>
        <w:t>連絡先：</w:t>
      </w:r>
      <w:r w:rsidR="00182A6A" w:rsidRPr="00182A6A">
        <w:rPr>
          <w:rFonts w:hint="eastAsia"/>
          <w:sz w:val="32"/>
          <w:szCs w:val="32"/>
          <w:lang w:eastAsia="ja-JP"/>
        </w:rPr>
        <w:t xml:space="preserve">　　　　　　　　　　　　　　　　　　　　　　　　　　　　　　　　　　　　　　　　　　　　　</w:t>
      </w:r>
      <w:r w:rsidRPr="00C30209">
        <w:rPr>
          <w:sz w:val="32"/>
          <w:szCs w:val="32"/>
          <w:lang w:eastAsia="ja-JP"/>
        </w:rPr>
        <w:t>鈴木農園</w:t>
      </w:r>
      <w:r w:rsidRPr="00C30209">
        <w:rPr>
          <w:sz w:val="32"/>
          <w:szCs w:val="32"/>
          <w:lang w:eastAsia="ja-JP"/>
        </w:rPr>
        <w:br/>
      </w:r>
      <w:r w:rsidRPr="00C30209">
        <w:rPr>
          <w:sz w:val="32"/>
          <w:szCs w:val="32"/>
          <w:lang w:eastAsia="ja-JP"/>
        </w:rPr>
        <w:t>〒</w:t>
      </w:r>
      <w:r w:rsidRPr="00C30209">
        <w:rPr>
          <w:sz w:val="32"/>
          <w:szCs w:val="32"/>
          <w:lang w:eastAsia="ja-JP"/>
        </w:rPr>
        <w:t>649-0111</w:t>
      </w:r>
      <w:r w:rsidRPr="00C30209">
        <w:rPr>
          <w:sz w:val="32"/>
          <w:szCs w:val="32"/>
          <w:lang w:eastAsia="ja-JP"/>
        </w:rPr>
        <w:t xml:space="preserve">　和歌山県海南市下津町方</w:t>
      </w:r>
      <w:r w:rsidRPr="00C30209">
        <w:rPr>
          <w:sz w:val="32"/>
          <w:szCs w:val="32"/>
          <w:lang w:eastAsia="ja-JP"/>
        </w:rPr>
        <w:t>477</w:t>
      </w:r>
      <w:r w:rsidRPr="00C30209">
        <w:rPr>
          <w:sz w:val="32"/>
          <w:szCs w:val="32"/>
          <w:lang w:eastAsia="ja-JP"/>
        </w:rPr>
        <w:br/>
        <w:t>TEL</w:t>
      </w:r>
      <w:r w:rsidRPr="00C30209">
        <w:rPr>
          <w:sz w:val="32"/>
          <w:szCs w:val="32"/>
          <w:lang w:eastAsia="ja-JP"/>
        </w:rPr>
        <w:t>：</w:t>
      </w:r>
      <w:r w:rsidRPr="00C30209">
        <w:rPr>
          <w:sz w:val="32"/>
          <w:szCs w:val="32"/>
          <w:lang w:eastAsia="ja-JP"/>
        </w:rPr>
        <w:t>073-492-1062</w:t>
      </w:r>
      <w:r w:rsidRPr="00C30209">
        <w:rPr>
          <w:sz w:val="32"/>
          <w:szCs w:val="32"/>
          <w:lang w:eastAsia="ja-JP"/>
        </w:rPr>
        <w:t xml:space="preserve">　</w:t>
      </w:r>
      <w:r w:rsidRPr="00C30209">
        <w:rPr>
          <w:sz w:val="32"/>
          <w:szCs w:val="32"/>
          <w:lang w:eastAsia="ja-JP"/>
        </w:rPr>
        <w:t>FAX</w:t>
      </w:r>
      <w:r w:rsidRPr="00C30209">
        <w:rPr>
          <w:sz w:val="32"/>
          <w:szCs w:val="32"/>
          <w:lang w:eastAsia="ja-JP"/>
        </w:rPr>
        <w:t>：</w:t>
      </w:r>
      <w:r w:rsidRPr="00C30209">
        <w:rPr>
          <w:sz w:val="32"/>
          <w:szCs w:val="32"/>
          <w:lang w:eastAsia="ja-JP"/>
        </w:rPr>
        <w:t>073-492-1316</w:t>
      </w:r>
      <w:r w:rsidRPr="00C30209">
        <w:rPr>
          <w:sz w:val="32"/>
          <w:szCs w:val="32"/>
          <w:lang w:eastAsia="ja-JP"/>
        </w:rPr>
        <w:br/>
      </w:r>
      <w:r w:rsidRPr="00C30209">
        <w:rPr>
          <w:sz w:val="32"/>
          <w:szCs w:val="32"/>
          <w:lang w:eastAsia="ja-JP"/>
        </w:rPr>
        <w:t>メール：</w:t>
      </w:r>
      <w:r w:rsidRPr="00C30209">
        <w:rPr>
          <w:sz w:val="32"/>
          <w:szCs w:val="32"/>
          <w:lang w:eastAsia="ja-JP"/>
        </w:rPr>
        <w:t>suzukimikanfarm@gmail.com</w:t>
      </w:r>
      <w:r w:rsidRPr="00C30209">
        <w:rPr>
          <w:sz w:val="32"/>
          <w:szCs w:val="32"/>
          <w:lang w:eastAsia="ja-JP"/>
        </w:rPr>
        <w:br/>
      </w:r>
      <w:r w:rsidRPr="00C30209">
        <w:rPr>
          <w:rFonts w:ascii="MS Mincho" w:eastAsia="MS Mincho" w:hAnsi="MS Mincho" w:cs="MS Mincho" w:hint="eastAsia"/>
          <w:sz w:val="32"/>
          <w:szCs w:val="32"/>
          <w:lang w:eastAsia="ja-JP"/>
        </w:rPr>
        <w:t>※</w:t>
      </w:r>
      <w:r w:rsidRPr="00C30209">
        <w:rPr>
          <w:sz w:val="32"/>
          <w:szCs w:val="32"/>
          <w:lang w:eastAsia="ja-JP"/>
        </w:rPr>
        <w:t>電話対応は平日のみ。不在の場合も多いため、できるだけ</w:t>
      </w:r>
      <w:r w:rsidRPr="00C30209">
        <w:rPr>
          <w:sz w:val="32"/>
          <w:szCs w:val="32"/>
          <w:lang w:eastAsia="ja-JP"/>
        </w:rPr>
        <w:t>FAX</w:t>
      </w:r>
      <w:r w:rsidRPr="00C30209">
        <w:rPr>
          <w:sz w:val="32"/>
          <w:szCs w:val="32"/>
          <w:lang w:eastAsia="ja-JP"/>
        </w:rPr>
        <w:t>またはメールでご連絡ください。</w:t>
      </w:r>
    </w:p>
    <w:sectPr w:rsidR="00361DFB" w:rsidRPr="00C30209" w:rsidSect="00182A6A">
      <w:pgSz w:w="11907" w:h="16840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46D96" w14:textId="77777777" w:rsidR="00057636" w:rsidRDefault="00057636" w:rsidP="00515D3B">
      <w:pPr>
        <w:spacing w:after="0" w:line="240" w:lineRule="auto"/>
      </w:pPr>
      <w:r>
        <w:separator/>
      </w:r>
    </w:p>
  </w:endnote>
  <w:endnote w:type="continuationSeparator" w:id="0">
    <w:p w14:paraId="11A40D2C" w14:textId="77777777" w:rsidR="00057636" w:rsidRDefault="00057636" w:rsidP="00515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 Pゴシック体M">
    <w:charset w:val="80"/>
    <w:family w:val="modern"/>
    <w:pitch w:val="variable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9C1A3" w14:textId="77777777" w:rsidR="00057636" w:rsidRDefault="00057636" w:rsidP="00515D3B">
      <w:pPr>
        <w:spacing w:after="0" w:line="240" w:lineRule="auto"/>
      </w:pPr>
      <w:r>
        <w:separator/>
      </w:r>
    </w:p>
  </w:footnote>
  <w:footnote w:type="continuationSeparator" w:id="0">
    <w:p w14:paraId="22E05ED5" w14:textId="77777777" w:rsidR="00057636" w:rsidRDefault="00057636" w:rsidP="00515D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1098592">
    <w:abstractNumId w:val="8"/>
  </w:num>
  <w:num w:numId="2" w16cid:durableId="1995328499">
    <w:abstractNumId w:val="6"/>
  </w:num>
  <w:num w:numId="3" w16cid:durableId="413087585">
    <w:abstractNumId w:val="5"/>
  </w:num>
  <w:num w:numId="4" w16cid:durableId="968705313">
    <w:abstractNumId w:val="4"/>
  </w:num>
  <w:num w:numId="5" w16cid:durableId="625935422">
    <w:abstractNumId w:val="7"/>
  </w:num>
  <w:num w:numId="6" w16cid:durableId="1738160696">
    <w:abstractNumId w:val="3"/>
  </w:num>
  <w:num w:numId="7" w16cid:durableId="1116945186">
    <w:abstractNumId w:val="2"/>
  </w:num>
  <w:num w:numId="8" w16cid:durableId="1937593495">
    <w:abstractNumId w:val="1"/>
  </w:num>
  <w:num w:numId="9" w16cid:durableId="893932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542"/>
    <w:rsid w:val="00013140"/>
    <w:rsid w:val="000232E2"/>
    <w:rsid w:val="00023D7B"/>
    <w:rsid w:val="00023F03"/>
    <w:rsid w:val="00034616"/>
    <w:rsid w:val="00057636"/>
    <w:rsid w:val="0006063C"/>
    <w:rsid w:val="00070F44"/>
    <w:rsid w:val="000D5E7C"/>
    <w:rsid w:val="000E1928"/>
    <w:rsid w:val="00110DA0"/>
    <w:rsid w:val="00114311"/>
    <w:rsid w:val="0011625D"/>
    <w:rsid w:val="00120AC8"/>
    <w:rsid w:val="00134D8A"/>
    <w:rsid w:val="00146F27"/>
    <w:rsid w:val="001478A3"/>
    <w:rsid w:val="0015074B"/>
    <w:rsid w:val="00170831"/>
    <w:rsid w:val="00181EEF"/>
    <w:rsid w:val="00182A6A"/>
    <w:rsid w:val="00183177"/>
    <w:rsid w:val="0018605F"/>
    <w:rsid w:val="001B4196"/>
    <w:rsid w:val="001C6300"/>
    <w:rsid w:val="00202593"/>
    <w:rsid w:val="002026D0"/>
    <w:rsid w:val="00231AD6"/>
    <w:rsid w:val="00237FA4"/>
    <w:rsid w:val="00260532"/>
    <w:rsid w:val="00272786"/>
    <w:rsid w:val="0027558A"/>
    <w:rsid w:val="00282D80"/>
    <w:rsid w:val="002904C2"/>
    <w:rsid w:val="00292511"/>
    <w:rsid w:val="00293A40"/>
    <w:rsid w:val="0029639D"/>
    <w:rsid w:val="00312255"/>
    <w:rsid w:val="00315E1B"/>
    <w:rsid w:val="003233D4"/>
    <w:rsid w:val="00326F90"/>
    <w:rsid w:val="0033503D"/>
    <w:rsid w:val="003434DE"/>
    <w:rsid w:val="003602F6"/>
    <w:rsid w:val="00360777"/>
    <w:rsid w:val="00361956"/>
    <w:rsid w:val="00361DFB"/>
    <w:rsid w:val="0037150F"/>
    <w:rsid w:val="003E5B9A"/>
    <w:rsid w:val="003E74BC"/>
    <w:rsid w:val="003E77B8"/>
    <w:rsid w:val="003F76C0"/>
    <w:rsid w:val="004318CA"/>
    <w:rsid w:val="004424C7"/>
    <w:rsid w:val="00446AD9"/>
    <w:rsid w:val="00464547"/>
    <w:rsid w:val="00465348"/>
    <w:rsid w:val="00483E81"/>
    <w:rsid w:val="004849F4"/>
    <w:rsid w:val="004865B3"/>
    <w:rsid w:val="004A058D"/>
    <w:rsid w:val="004A6A2A"/>
    <w:rsid w:val="004B7D1E"/>
    <w:rsid w:val="004C0557"/>
    <w:rsid w:val="004C0D0A"/>
    <w:rsid w:val="004C3CB3"/>
    <w:rsid w:val="004D1DC2"/>
    <w:rsid w:val="004E32A2"/>
    <w:rsid w:val="004E716D"/>
    <w:rsid w:val="004F03E8"/>
    <w:rsid w:val="00515D3B"/>
    <w:rsid w:val="005255E4"/>
    <w:rsid w:val="00527EC9"/>
    <w:rsid w:val="00532E5E"/>
    <w:rsid w:val="005C06E0"/>
    <w:rsid w:val="005F6C29"/>
    <w:rsid w:val="005F79F8"/>
    <w:rsid w:val="00623052"/>
    <w:rsid w:val="00626943"/>
    <w:rsid w:val="0064289F"/>
    <w:rsid w:val="00654544"/>
    <w:rsid w:val="00667550"/>
    <w:rsid w:val="006870BF"/>
    <w:rsid w:val="006A3247"/>
    <w:rsid w:val="006B1A28"/>
    <w:rsid w:val="006B4256"/>
    <w:rsid w:val="006B465E"/>
    <w:rsid w:val="006F5886"/>
    <w:rsid w:val="0073363B"/>
    <w:rsid w:val="00750D5F"/>
    <w:rsid w:val="00764FCE"/>
    <w:rsid w:val="00784A03"/>
    <w:rsid w:val="007B3A17"/>
    <w:rsid w:val="007B7A8F"/>
    <w:rsid w:val="007C325B"/>
    <w:rsid w:val="007D0077"/>
    <w:rsid w:val="007D293D"/>
    <w:rsid w:val="007E6467"/>
    <w:rsid w:val="007F0C38"/>
    <w:rsid w:val="007F3464"/>
    <w:rsid w:val="008039FA"/>
    <w:rsid w:val="00831D00"/>
    <w:rsid w:val="00841F4E"/>
    <w:rsid w:val="00856091"/>
    <w:rsid w:val="00866351"/>
    <w:rsid w:val="008A49FE"/>
    <w:rsid w:val="008C024B"/>
    <w:rsid w:val="008C49FC"/>
    <w:rsid w:val="008E6EA5"/>
    <w:rsid w:val="00902594"/>
    <w:rsid w:val="0090262A"/>
    <w:rsid w:val="00933112"/>
    <w:rsid w:val="009712AC"/>
    <w:rsid w:val="00986F1B"/>
    <w:rsid w:val="009A017B"/>
    <w:rsid w:val="009A421C"/>
    <w:rsid w:val="009D541B"/>
    <w:rsid w:val="009F1F78"/>
    <w:rsid w:val="00A14B3E"/>
    <w:rsid w:val="00A16885"/>
    <w:rsid w:val="00A27044"/>
    <w:rsid w:val="00A31438"/>
    <w:rsid w:val="00AA1D8D"/>
    <w:rsid w:val="00AB639B"/>
    <w:rsid w:val="00AC6E5E"/>
    <w:rsid w:val="00AD3B57"/>
    <w:rsid w:val="00AE0314"/>
    <w:rsid w:val="00B104BE"/>
    <w:rsid w:val="00B20216"/>
    <w:rsid w:val="00B265D0"/>
    <w:rsid w:val="00B41FC3"/>
    <w:rsid w:val="00B47730"/>
    <w:rsid w:val="00B55F93"/>
    <w:rsid w:val="00B63BCC"/>
    <w:rsid w:val="00B84D93"/>
    <w:rsid w:val="00BA26AA"/>
    <w:rsid w:val="00BB2AB7"/>
    <w:rsid w:val="00BC450F"/>
    <w:rsid w:val="00BC6D4B"/>
    <w:rsid w:val="00BD756B"/>
    <w:rsid w:val="00BE4A3D"/>
    <w:rsid w:val="00C007B4"/>
    <w:rsid w:val="00C15687"/>
    <w:rsid w:val="00C1669B"/>
    <w:rsid w:val="00C30209"/>
    <w:rsid w:val="00C547F0"/>
    <w:rsid w:val="00C557DA"/>
    <w:rsid w:val="00C55FC9"/>
    <w:rsid w:val="00C56037"/>
    <w:rsid w:val="00C6700A"/>
    <w:rsid w:val="00CA5BA7"/>
    <w:rsid w:val="00CB0664"/>
    <w:rsid w:val="00CB198D"/>
    <w:rsid w:val="00CB46C8"/>
    <w:rsid w:val="00CB6D00"/>
    <w:rsid w:val="00CC3CCB"/>
    <w:rsid w:val="00CC6DA4"/>
    <w:rsid w:val="00CD7137"/>
    <w:rsid w:val="00CE48BE"/>
    <w:rsid w:val="00D05B02"/>
    <w:rsid w:val="00D1211E"/>
    <w:rsid w:val="00D4296B"/>
    <w:rsid w:val="00D46891"/>
    <w:rsid w:val="00D525BE"/>
    <w:rsid w:val="00D8302B"/>
    <w:rsid w:val="00D87C1E"/>
    <w:rsid w:val="00DA1F8A"/>
    <w:rsid w:val="00DB019C"/>
    <w:rsid w:val="00DB3C4C"/>
    <w:rsid w:val="00DC18B6"/>
    <w:rsid w:val="00DE3949"/>
    <w:rsid w:val="00DF08CB"/>
    <w:rsid w:val="00E001CC"/>
    <w:rsid w:val="00E010F9"/>
    <w:rsid w:val="00E87137"/>
    <w:rsid w:val="00E932B0"/>
    <w:rsid w:val="00E934F0"/>
    <w:rsid w:val="00EE671E"/>
    <w:rsid w:val="00EE7F6A"/>
    <w:rsid w:val="00F10806"/>
    <w:rsid w:val="00F2759A"/>
    <w:rsid w:val="00F325AD"/>
    <w:rsid w:val="00F65026"/>
    <w:rsid w:val="00F6562B"/>
    <w:rsid w:val="00F76B98"/>
    <w:rsid w:val="00F804BB"/>
    <w:rsid w:val="00F81F1A"/>
    <w:rsid w:val="00F92CAA"/>
    <w:rsid w:val="00F94B87"/>
    <w:rsid w:val="00F95E3D"/>
    <w:rsid w:val="00F95E7F"/>
    <w:rsid w:val="00FA30EC"/>
    <w:rsid w:val="00FC1014"/>
    <w:rsid w:val="00FC693F"/>
    <w:rsid w:val="00FD2822"/>
    <w:rsid w:val="00FF5AF7"/>
    <w:rsid w:val="0179E013"/>
    <w:rsid w:val="01B02E2C"/>
    <w:rsid w:val="039447D9"/>
    <w:rsid w:val="059BA9FD"/>
    <w:rsid w:val="05E9EE80"/>
    <w:rsid w:val="07C79E54"/>
    <w:rsid w:val="0980DDD8"/>
    <w:rsid w:val="0BC26EB8"/>
    <w:rsid w:val="10662399"/>
    <w:rsid w:val="10C2C779"/>
    <w:rsid w:val="12ADC88C"/>
    <w:rsid w:val="143E29E2"/>
    <w:rsid w:val="1540387D"/>
    <w:rsid w:val="1557AC2D"/>
    <w:rsid w:val="1C57DBC8"/>
    <w:rsid w:val="1CBFBD5E"/>
    <w:rsid w:val="206B03A6"/>
    <w:rsid w:val="24BF8E2E"/>
    <w:rsid w:val="25A716B4"/>
    <w:rsid w:val="25C7444D"/>
    <w:rsid w:val="262FFF49"/>
    <w:rsid w:val="276898FF"/>
    <w:rsid w:val="27DF34C4"/>
    <w:rsid w:val="2CC2AAB2"/>
    <w:rsid w:val="2D178A62"/>
    <w:rsid w:val="2FD488D0"/>
    <w:rsid w:val="31C6E468"/>
    <w:rsid w:val="36B4EDF2"/>
    <w:rsid w:val="3728B4EC"/>
    <w:rsid w:val="396FF0C0"/>
    <w:rsid w:val="3CA1135E"/>
    <w:rsid w:val="3D6321CB"/>
    <w:rsid w:val="401F131F"/>
    <w:rsid w:val="40545E82"/>
    <w:rsid w:val="4148DBA4"/>
    <w:rsid w:val="41FA0495"/>
    <w:rsid w:val="43431542"/>
    <w:rsid w:val="43E81C17"/>
    <w:rsid w:val="454ADC0E"/>
    <w:rsid w:val="466F01DC"/>
    <w:rsid w:val="485B27B3"/>
    <w:rsid w:val="4E1DA9A6"/>
    <w:rsid w:val="504B4659"/>
    <w:rsid w:val="51402000"/>
    <w:rsid w:val="55C3F9AF"/>
    <w:rsid w:val="5AB62FC9"/>
    <w:rsid w:val="5B18CEBC"/>
    <w:rsid w:val="5D8D8EB5"/>
    <w:rsid w:val="5EB266D9"/>
    <w:rsid w:val="603D6CB2"/>
    <w:rsid w:val="676EE6E5"/>
    <w:rsid w:val="6C4A7BBD"/>
    <w:rsid w:val="6C67F286"/>
    <w:rsid w:val="6D0648D9"/>
    <w:rsid w:val="6E2900FC"/>
    <w:rsid w:val="71CF90DC"/>
    <w:rsid w:val="732DCCF5"/>
    <w:rsid w:val="7511D31A"/>
    <w:rsid w:val="7545063C"/>
    <w:rsid w:val="792BD89A"/>
    <w:rsid w:val="7B2833C1"/>
    <w:rsid w:val="7FF39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1CEFC2"/>
  <w14:defaultImageDpi w14:val="300"/>
  <w15:docId w15:val="{54F1D394-B8AB-4A75-A62A-29591B8B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F93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1080"/>
      </w:tabs>
      <w:ind w:left="108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360"/>
      </w:tabs>
      <w:ind w:left="36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1080"/>
      </w:tabs>
      <w:ind w:left="108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/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</w:tblPr>
    <w:tcPr>
      <w:tcBorders>
        <w:insideH w:val="nil"/>
        <w:insideV w:val="nil"/>
      </w:tcBorders>
      <w:shd w:val="clear" w:color="auto" w:fill="C0C0C0" w:themeFill="text1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</w:tblPr>
    <w:tcPr>
      <w:tcBorders>
        <w:insideH w:val="nil"/>
        <w:insideV w:val="nil"/>
      </w:tcBorders>
      <w:shd w:val="clear" w:color="auto" w:fill="D3DFEE" w:themeFill="accent1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</w:tblPr>
    <w:tcPr>
      <w:tcBorders>
        <w:insideH w:val="nil"/>
        <w:insideV w:val="nil"/>
      </w:tcBorders>
      <w:shd w:val="clear" w:color="auto" w:fill="EFD3D2" w:themeFill="accent2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</w:tblPr>
    <w:tcPr>
      <w:tcBorders>
        <w:insideH w:val="nil"/>
        <w:insideV w:val="nil"/>
      </w:tcBorders>
      <w:shd w:val="clear" w:color="auto" w:fill="E6EED5" w:themeFill="accent3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</w:tblPr>
    <w:tcPr>
      <w:tcBorders>
        <w:insideH w:val="nil"/>
        <w:insideV w:val="nil"/>
      </w:tcBorders>
      <w:shd w:val="clear" w:color="auto" w:fill="DFD8E8" w:themeFill="accent4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</w:tblPr>
    <w:tcPr>
      <w:tcBorders>
        <w:insideH w:val="nil"/>
        <w:insideV w:val="nil"/>
      </w:tcBorders>
      <w:shd w:val="clear" w:color="auto" w:fill="D2EAF1" w:themeFill="accent5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</w:tblPr>
    <w:tcPr>
      <w:tcBorders>
        <w:insideH w:val="nil"/>
        <w:insideV w:val="nil"/>
      </w:tcBorders>
      <w:shd w:val="clear" w:color="auto" w:fill="FDE4D0" w:themeFill="accent6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C0C0C0" w:themeFill="text1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3DFEE" w:themeFill="accent1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D3D2" w:themeFill="accent2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ED5" w:themeFill="accent3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FD8E8" w:themeFill="accent4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2EAF1" w:themeFill="accent5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4D0" w:themeFill="accent6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cBorders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cBorders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cBorders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cBorders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cBorders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cBorders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cBorders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  <w:insideH w:val="nil"/>
        <w:insideV w:val="nil"/>
      </w:tcBorders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  <w:insideH w:val="nil"/>
        <w:insideV w:val="nil"/>
      </w:tcBorders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  <w:insideH w:val="nil"/>
        <w:insideV w:val="nil"/>
      </w:tcBorders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  <w:insideH w:val="nil"/>
        <w:insideV w:val="nil"/>
      </w:tcBorders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  <w:insideH w:val="nil"/>
        <w:insideV w:val="nil"/>
      </w:tcBorders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  <w:insideH w:val="nil"/>
        <w:insideV w:val="nil"/>
      </w:tcBorders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  <w:insideH w:val="nil"/>
        <w:insideV w:val="nil"/>
      </w:tcBorders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Pages>1</Pages>
  <Words>327</Words>
  <Characters>1869</Characters>
  <Application>Microsoft Office Word</Application>
  <DocSecurity>4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2192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農園 鈴木</cp:lastModifiedBy>
  <cp:revision>63</cp:revision>
  <cp:lastPrinted>2025-10-31T01:46:00Z</cp:lastPrinted>
  <dcterms:created xsi:type="dcterms:W3CDTF">2025-10-30T02:31:00Z</dcterms:created>
  <dcterms:modified xsi:type="dcterms:W3CDTF">2025-10-30T09:52:00Z</dcterms:modified>
  <cp:category/>
</cp:coreProperties>
</file>